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1A4E" w14:textId="60D6BBF7" w:rsidR="007C1A22" w:rsidRDefault="006964DC" w:rsidP="006964DC">
      <w:pPr>
        <w:spacing w:after="0" w:line="240" w:lineRule="auto"/>
        <w:jc w:val="right"/>
        <w:rPr>
          <w:sz w:val="20"/>
        </w:rPr>
      </w:pPr>
      <w:proofErr w:type="spellStart"/>
      <w:r>
        <w:rPr>
          <w:sz w:val="20"/>
        </w:rPr>
        <w:t>Czechowice-Dziedzice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dnia</w:t>
      </w:r>
      <w:proofErr w:type="spellEnd"/>
      <w:r>
        <w:rPr>
          <w:sz w:val="20"/>
        </w:rPr>
        <w:t xml:space="preserve"> </w:t>
      </w:r>
      <w:r w:rsidR="00656D45">
        <w:rPr>
          <w:sz w:val="20"/>
        </w:rPr>
        <w:t>28</w:t>
      </w:r>
      <w:r>
        <w:rPr>
          <w:sz w:val="20"/>
        </w:rPr>
        <w:t xml:space="preserve"> </w:t>
      </w:r>
      <w:proofErr w:type="spellStart"/>
      <w:r>
        <w:rPr>
          <w:sz w:val="20"/>
        </w:rPr>
        <w:t>sierpnia</w:t>
      </w:r>
      <w:proofErr w:type="spellEnd"/>
      <w:r>
        <w:rPr>
          <w:sz w:val="20"/>
        </w:rPr>
        <w:t xml:space="preserve"> 2026 r.</w:t>
      </w:r>
    </w:p>
    <w:p w14:paraId="0F36639A" w14:textId="77777777" w:rsidR="004C691A" w:rsidRDefault="004C691A" w:rsidP="006964DC">
      <w:pPr>
        <w:spacing w:after="0" w:line="240" w:lineRule="auto"/>
        <w:jc w:val="right"/>
      </w:pPr>
    </w:p>
    <w:p w14:paraId="312BE938" w14:textId="77777777" w:rsidR="007C1A22" w:rsidRDefault="006964DC" w:rsidP="006964DC">
      <w:pPr>
        <w:spacing w:after="0" w:line="240" w:lineRule="auto"/>
        <w:jc w:val="center"/>
      </w:pPr>
      <w:r>
        <w:rPr>
          <w:b/>
          <w:sz w:val="26"/>
        </w:rPr>
        <w:t>OGŁOSZENIE BURMISTRZA CZECHOWIC-DZIEDZIC</w:t>
      </w:r>
    </w:p>
    <w:p w14:paraId="7C9EDCBC" w14:textId="0DA71B20" w:rsidR="007C1A22" w:rsidRDefault="006964DC" w:rsidP="006964DC">
      <w:pPr>
        <w:spacing w:after="0" w:line="240" w:lineRule="auto"/>
        <w:jc w:val="center"/>
        <w:rPr>
          <w:b/>
          <w:sz w:val="22"/>
        </w:rPr>
      </w:pPr>
      <w:r>
        <w:rPr>
          <w:b/>
          <w:sz w:val="22"/>
        </w:rPr>
        <w:t xml:space="preserve">o </w:t>
      </w:r>
      <w:proofErr w:type="spellStart"/>
      <w:r>
        <w:rPr>
          <w:b/>
          <w:sz w:val="22"/>
        </w:rPr>
        <w:t>rozpoczęciu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konsultacji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społecznych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dotyczących</w:t>
      </w:r>
      <w:proofErr w:type="spellEnd"/>
      <w:r>
        <w:rPr>
          <w:b/>
          <w:sz w:val="22"/>
        </w:rPr>
        <w:t xml:space="preserve"> </w:t>
      </w:r>
      <w:r w:rsidR="00D04781">
        <w:rPr>
          <w:b/>
          <w:sz w:val="22"/>
        </w:rPr>
        <w:t>7</w:t>
      </w:r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projektów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miejscowych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planów</w:t>
      </w:r>
      <w:proofErr w:type="spellEnd"/>
      <w:r>
        <w:rPr>
          <w:b/>
          <w:sz w:val="22"/>
        </w:rPr>
        <w:br/>
      </w:r>
      <w:proofErr w:type="spellStart"/>
      <w:r>
        <w:rPr>
          <w:b/>
          <w:sz w:val="22"/>
        </w:rPr>
        <w:t>zagospodarowania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przestrzennego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na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terenie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Gminy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Czechowice-Dziedzice</w:t>
      </w:r>
      <w:proofErr w:type="spellEnd"/>
    </w:p>
    <w:p w14:paraId="3A829D27" w14:textId="77777777" w:rsidR="004C691A" w:rsidRDefault="004C691A" w:rsidP="006964DC">
      <w:pPr>
        <w:spacing w:after="0" w:line="240" w:lineRule="auto"/>
        <w:jc w:val="center"/>
      </w:pPr>
    </w:p>
    <w:p w14:paraId="75871EDD" w14:textId="3FD3A67A" w:rsidR="007C1A22" w:rsidRDefault="006964DC" w:rsidP="006964DC">
      <w:pPr>
        <w:spacing w:after="0" w:line="240" w:lineRule="auto"/>
        <w:jc w:val="both"/>
      </w:pPr>
      <w:r>
        <w:t xml:space="preserve">Na </w:t>
      </w:r>
      <w:proofErr w:type="spellStart"/>
      <w:r>
        <w:t>podstawie</w:t>
      </w:r>
      <w:proofErr w:type="spellEnd"/>
      <w:r>
        <w:t xml:space="preserve"> art. 17 pkt 11 w </w:t>
      </w:r>
      <w:proofErr w:type="spellStart"/>
      <w:r>
        <w:t>związku</w:t>
      </w:r>
      <w:proofErr w:type="spellEnd"/>
      <w:r>
        <w:t xml:space="preserve"> z art. 8h </w:t>
      </w:r>
      <w:proofErr w:type="spellStart"/>
      <w:r>
        <w:t>ust</w:t>
      </w:r>
      <w:proofErr w:type="spellEnd"/>
      <w:r>
        <w:t xml:space="preserve">. 1, art. 8i </w:t>
      </w:r>
      <w:proofErr w:type="spellStart"/>
      <w:r>
        <w:t>i</w:t>
      </w:r>
      <w:proofErr w:type="spellEnd"/>
      <w:r>
        <w:t xml:space="preserve"> art. 8j </w:t>
      </w:r>
      <w:proofErr w:type="spellStart"/>
      <w:r>
        <w:t>ustawy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27 </w:t>
      </w:r>
      <w:proofErr w:type="spellStart"/>
      <w:r>
        <w:t>marca</w:t>
      </w:r>
      <w:proofErr w:type="spellEnd"/>
      <w:r>
        <w:t xml:space="preserve"> 2003 r. o </w:t>
      </w:r>
      <w:proofErr w:type="spellStart"/>
      <w:r>
        <w:t>planowaniu</w:t>
      </w:r>
      <w:proofErr w:type="spellEnd"/>
      <w:r>
        <w:t xml:space="preserve"> i </w:t>
      </w:r>
      <w:proofErr w:type="spellStart"/>
      <w:r>
        <w:t>zagospodarowaniu</w:t>
      </w:r>
      <w:proofErr w:type="spellEnd"/>
      <w:r>
        <w:t xml:space="preserve"> </w:t>
      </w:r>
      <w:proofErr w:type="spellStart"/>
      <w:r>
        <w:t>przestrzennym</w:t>
      </w:r>
      <w:proofErr w:type="spellEnd"/>
      <w:r>
        <w:t xml:space="preserve"> (</w:t>
      </w:r>
      <w:proofErr w:type="spellStart"/>
      <w:r>
        <w:t>t.j.</w:t>
      </w:r>
      <w:proofErr w:type="spellEnd"/>
      <w:r>
        <w:t xml:space="preserve"> Dz. U. z 2026 r. </w:t>
      </w:r>
      <w:proofErr w:type="spellStart"/>
      <w:r>
        <w:t>poz</w:t>
      </w:r>
      <w:proofErr w:type="spellEnd"/>
      <w:r>
        <w:t xml:space="preserve">. 538 z </w:t>
      </w:r>
      <w:proofErr w:type="spellStart"/>
      <w:r>
        <w:t>późn</w:t>
      </w:r>
      <w:proofErr w:type="spellEnd"/>
      <w:r>
        <w:t xml:space="preserve">. </w:t>
      </w:r>
      <w:proofErr w:type="spellStart"/>
      <w:r>
        <w:t>zm</w:t>
      </w:r>
      <w:proofErr w:type="spellEnd"/>
      <w:r>
        <w:t xml:space="preserve">.) </w:t>
      </w:r>
      <w:proofErr w:type="spellStart"/>
      <w:r>
        <w:t>oraz</w:t>
      </w:r>
      <w:proofErr w:type="spellEnd"/>
      <w:r>
        <w:t xml:space="preserve"> – w </w:t>
      </w:r>
      <w:proofErr w:type="spellStart"/>
      <w:r>
        <w:t>odniesieniu</w:t>
      </w:r>
      <w:proofErr w:type="spellEnd"/>
      <w:r>
        <w:t xml:space="preserve"> do </w:t>
      </w:r>
      <w:proofErr w:type="spellStart"/>
      <w:r>
        <w:t>projektów</w:t>
      </w:r>
      <w:proofErr w:type="spellEnd"/>
      <w:r>
        <w:t xml:space="preserve"> </w:t>
      </w:r>
      <w:proofErr w:type="spellStart"/>
      <w:r>
        <w:t>objętych</w:t>
      </w:r>
      <w:proofErr w:type="spellEnd"/>
      <w:r>
        <w:t xml:space="preserve"> </w:t>
      </w:r>
      <w:proofErr w:type="spellStart"/>
      <w:r>
        <w:t>strategiczną</w:t>
      </w:r>
      <w:proofErr w:type="spellEnd"/>
      <w:r>
        <w:t xml:space="preserve"> </w:t>
      </w:r>
      <w:proofErr w:type="spellStart"/>
      <w:r>
        <w:t>oceną</w:t>
      </w:r>
      <w:proofErr w:type="spellEnd"/>
      <w:r>
        <w:t xml:space="preserve"> </w:t>
      </w:r>
      <w:proofErr w:type="spellStart"/>
      <w:r>
        <w:t>oddziaływania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środowisko</w:t>
      </w:r>
      <w:proofErr w:type="spellEnd"/>
      <w:r>
        <w:t xml:space="preserve"> – art. 39 </w:t>
      </w:r>
      <w:proofErr w:type="spellStart"/>
      <w:r>
        <w:t>ust</w:t>
      </w:r>
      <w:proofErr w:type="spellEnd"/>
      <w:r>
        <w:t xml:space="preserve">. 1, art. 46 </w:t>
      </w:r>
      <w:proofErr w:type="spellStart"/>
      <w:r>
        <w:t>ust</w:t>
      </w:r>
      <w:proofErr w:type="spellEnd"/>
      <w:r>
        <w:t xml:space="preserve">. 1 pkt 1 </w:t>
      </w:r>
      <w:proofErr w:type="spellStart"/>
      <w:r>
        <w:t>oraz</w:t>
      </w:r>
      <w:proofErr w:type="spellEnd"/>
      <w:r>
        <w:t xml:space="preserve"> art. 54 </w:t>
      </w:r>
      <w:proofErr w:type="spellStart"/>
      <w:r>
        <w:t>ust</w:t>
      </w:r>
      <w:proofErr w:type="spellEnd"/>
      <w:r>
        <w:t xml:space="preserve">. 2 </w:t>
      </w:r>
      <w:proofErr w:type="spellStart"/>
      <w:r>
        <w:t>i</w:t>
      </w:r>
      <w:proofErr w:type="spellEnd"/>
      <w:r>
        <w:t xml:space="preserve"> 3 </w:t>
      </w:r>
      <w:proofErr w:type="spellStart"/>
      <w:r>
        <w:t>ustawy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3 </w:t>
      </w:r>
      <w:proofErr w:type="spellStart"/>
      <w:r>
        <w:t>października</w:t>
      </w:r>
      <w:proofErr w:type="spellEnd"/>
      <w:r>
        <w:t xml:space="preserve"> 2008 r. o </w:t>
      </w:r>
      <w:proofErr w:type="spellStart"/>
      <w:r>
        <w:t>udostępnianiu</w:t>
      </w:r>
      <w:proofErr w:type="spellEnd"/>
      <w:r>
        <w:t xml:space="preserve"> </w:t>
      </w:r>
      <w:proofErr w:type="spellStart"/>
      <w:r>
        <w:t>informacji</w:t>
      </w:r>
      <w:proofErr w:type="spellEnd"/>
      <w:r>
        <w:t xml:space="preserve"> o </w:t>
      </w:r>
      <w:proofErr w:type="spellStart"/>
      <w:r>
        <w:t>środowisku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ochronie</w:t>
      </w:r>
      <w:proofErr w:type="spellEnd"/>
      <w:r>
        <w:t xml:space="preserve">, </w:t>
      </w:r>
      <w:proofErr w:type="spellStart"/>
      <w:r>
        <w:t>udziale</w:t>
      </w:r>
      <w:proofErr w:type="spellEnd"/>
      <w:r>
        <w:t xml:space="preserve"> </w:t>
      </w:r>
      <w:proofErr w:type="spellStart"/>
      <w:r>
        <w:t>społeczeństwa</w:t>
      </w:r>
      <w:proofErr w:type="spellEnd"/>
      <w:r>
        <w:t xml:space="preserve"> w </w:t>
      </w:r>
      <w:proofErr w:type="spellStart"/>
      <w:r>
        <w:t>ochronie</w:t>
      </w:r>
      <w:proofErr w:type="spellEnd"/>
      <w:r>
        <w:t xml:space="preserve"> </w:t>
      </w:r>
      <w:proofErr w:type="spellStart"/>
      <w:r>
        <w:t>środowiska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o </w:t>
      </w:r>
      <w:proofErr w:type="spellStart"/>
      <w:r>
        <w:t>ocenach</w:t>
      </w:r>
      <w:proofErr w:type="spellEnd"/>
      <w:r>
        <w:t xml:space="preserve"> </w:t>
      </w:r>
      <w:proofErr w:type="spellStart"/>
      <w:r>
        <w:t>oddziaływania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środowisko</w:t>
      </w:r>
      <w:proofErr w:type="spellEnd"/>
      <w:r>
        <w:t xml:space="preserve"> (</w:t>
      </w:r>
      <w:proofErr w:type="spellStart"/>
      <w:r>
        <w:t>t.j.</w:t>
      </w:r>
      <w:proofErr w:type="spellEnd"/>
      <w:r>
        <w:t xml:space="preserve"> Dz. U. z 2026 r. </w:t>
      </w:r>
      <w:proofErr w:type="spellStart"/>
      <w:r>
        <w:t>poz</w:t>
      </w:r>
      <w:proofErr w:type="spellEnd"/>
      <w:r>
        <w:t xml:space="preserve">. 670 z </w:t>
      </w:r>
      <w:proofErr w:type="spellStart"/>
      <w:r>
        <w:t>późn</w:t>
      </w:r>
      <w:proofErr w:type="spellEnd"/>
      <w:r>
        <w:t xml:space="preserve">. </w:t>
      </w:r>
      <w:proofErr w:type="spellStart"/>
      <w:r>
        <w:t>zm</w:t>
      </w:r>
      <w:proofErr w:type="spellEnd"/>
      <w:r>
        <w:t xml:space="preserve">.), </w:t>
      </w:r>
      <w:proofErr w:type="spellStart"/>
      <w:r>
        <w:t>zawiadamiam</w:t>
      </w:r>
      <w:proofErr w:type="spellEnd"/>
      <w:r>
        <w:t xml:space="preserve"> o </w:t>
      </w:r>
      <w:proofErr w:type="spellStart"/>
      <w:r>
        <w:t>rozpoczęciu</w:t>
      </w:r>
      <w:proofErr w:type="spellEnd"/>
      <w:r>
        <w:t xml:space="preserve"> </w:t>
      </w:r>
      <w:proofErr w:type="spellStart"/>
      <w:r>
        <w:t>konsultacji</w:t>
      </w:r>
      <w:proofErr w:type="spellEnd"/>
      <w:r>
        <w:t xml:space="preserve"> </w:t>
      </w:r>
      <w:proofErr w:type="spellStart"/>
      <w:r>
        <w:t>społecznych</w:t>
      </w:r>
      <w:proofErr w:type="spellEnd"/>
      <w:r>
        <w:t xml:space="preserve"> </w:t>
      </w:r>
      <w:proofErr w:type="spellStart"/>
      <w:r>
        <w:t>dotyczących</w:t>
      </w:r>
      <w:proofErr w:type="spellEnd"/>
      <w:r>
        <w:t xml:space="preserve"> </w:t>
      </w:r>
      <w:proofErr w:type="spellStart"/>
      <w:r>
        <w:t>następujących</w:t>
      </w:r>
      <w:proofErr w:type="spellEnd"/>
      <w:r>
        <w:t xml:space="preserve"> </w:t>
      </w:r>
      <w:proofErr w:type="spellStart"/>
      <w:r>
        <w:t>projektów</w:t>
      </w:r>
      <w:proofErr w:type="spellEnd"/>
      <w:r>
        <w:t xml:space="preserve"> </w:t>
      </w:r>
      <w:proofErr w:type="spellStart"/>
      <w:r>
        <w:t>miejscowych</w:t>
      </w:r>
      <w:proofErr w:type="spellEnd"/>
      <w:r>
        <w:t xml:space="preserve"> </w:t>
      </w:r>
      <w:proofErr w:type="spellStart"/>
      <w:r>
        <w:t>planów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>:</w:t>
      </w:r>
    </w:p>
    <w:p w14:paraId="5BB80D2E" w14:textId="6D8DE3AC" w:rsidR="007C1A22" w:rsidRDefault="006964DC" w:rsidP="006964DC">
      <w:pPr>
        <w:spacing w:after="0" w:line="240" w:lineRule="auto"/>
        <w:jc w:val="both"/>
      </w:pPr>
      <w:r>
        <w:rPr>
          <w:b/>
        </w:rPr>
        <w:t xml:space="preserve">1. </w:t>
      </w:r>
      <w:proofErr w:type="spellStart"/>
      <w:r>
        <w:rPr>
          <w:b/>
        </w:rPr>
        <w:t>Projekty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planów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podlegające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strategicznej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ocenie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oddziaływania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środowisko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prowadzonej</w:t>
      </w:r>
      <w:proofErr w:type="spellEnd"/>
      <w:r>
        <w:rPr>
          <w:b/>
        </w:rPr>
        <w:t xml:space="preserve"> </w:t>
      </w:r>
      <w:r>
        <w:rPr>
          <w:b/>
        </w:rPr>
        <w:br/>
        <w:t xml:space="preserve">z </w:t>
      </w:r>
      <w:proofErr w:type="spellStart"/>
      <w:r>
        <w:rPr>
          <w:b/>
        </w:rPr>
        <w:t>zapewnieniem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udziału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społeczeństwa</w:t>
      </w:r>
      <w:proofErr w:type="spellEnd"/>
      <w:r>
        <w:rPr>
          <w:b/>
        </w:rPr>
        <w:t>:</w:t>
      </w:r>
    </w:p>
    <w:p w14:paraId="3EDE7228" w14:textId="583E389D" w:rsidR="007C1A22" w:rsidRDefault="006964DC" w:rsidP="006964DC">
      <w:pPr>
        <w:spacing w:after="0" w:line="240" w:lineRule="auto"/>
        <w:ind w:left="227" w:hanging="142"/>
        <w:jc w:val="both"/>
      </w:pPr>
      <w:r>
        <w:t xml:space="preserve">1) Projekt </w:t>
      </w:r>
      <w:proofErr w:type="spellStart"/>
      <w:r>
        <w:t>miejscowego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 xml:space="preserve"> </w:t>
      </w:r>
      <w:proofErr w:type="spellStart"/>
      <w:r>
        <w:t>obszaru</w:t>
      </w:r>
      <w:proofErr w:type="spellEnd"/>
      <w:r>
        <w:t xml:space="preserve"> </w:t>
      </w:r>
      <w:proofErr w:type="spellStart"/>
      <w:r>
        <w:t>gminy</w:t>
      </w:r>
      <w:proofErr w:type="spellEnd"/>
      <w:r>
        <w:t xml:space="preserve"> </w:t>
      </w:r>
      <w:proofErr w:type="spellStart"/>
      <w:r>
        <w:t>Czechowice-Dziedzice</w:t>
      </w:r>
      <w:proofErr w:type="spellEnd"/>
      <w:r>
        <w:t xml:space="preserve"> </w:t>
      </w:r>
      <w:proofErr w:type="spellStart"/>
      <w:r>
        <w:t>położonego</w:t>
      </w:r>
      <w:proofErr w:type="spellEnd"/>
      <w:r>
        <w:t xml:space="preserve"> </w:t>
      </w:r>
      <w:proofErr w:type="spellStart"/>
      <w:r>
        <w:t>przy</w:t>
      </w:r>
      <w:proofErr w:type="spellEnd"/>
      <w:r>
        <w:t xml:space="preserve"> ul. </w:t>
      </w:r>
      <w:proofErr w:type="spellStart"/>
      <w:r>
        <w:t>Świerkowickiej</w:t>
      </w:r>
      <w:proofErr w:type="spellEnd"/>
      <w:r>
        <w:t xml:space="preserve"> – </w:t>
      </w:r>
      <w:proofErr w:type="spellStart"/>
      <w:r>
        <w:t>sporządzany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podstawie</w:t>
      </w:r>
      <w:proofErr w:type="spellEnd"/>
      <w:r>
        <w:t xml:space="preserve"> </w:t>
      </w:r>
      <w:proofErr w:type="spellStart"/>
      <w:r>
        <w:t>Uchwały</w:t>
      </w:r>
      <w:proofErr w:type="spellEnd"/>
      <w:r>
        <w:t xml:space="preserve"> Nr IV/42/24 Rady </w:t>
      </w:r>
      <w:proofErr w:type="spellStart"/>
      <w:r>
        <w:t>Miejskiej</w:t>
      </w:r>
      <w:proofErr w:type="spellEnd"/>
      <w:r>
        <w:t xml:space="preserve"> </w:t>
      </w:r>
      <w:r>
        <w:br/>
        <w:t xml:space="preserve">w Czechowicach-Dziedzicach z </w:t>
      </w:r>
      <w:proofErr w:type="spellStart"/>
      <w:r>
        <w:t>dnia</w:t>
      </w:r>
      <w:proofErr w:type="spellEnd"/>
      <w:r>
        <w:t xml:space="preserve"> 25 </w:t>
      </w:r>
      <w:proofErr w:type="spellStart"/>
      <w:r>
        <w:t>czerwca</w:t>
      </w:r>
      <w:proofErr w:type="spellEnd"/>
      <w:r>
        <w:t xml:space="preserve"> 2024 r., </w:t>
      </w:r>
      <w:proofErr w:type="spellStart"/>
      <w:r>
        <w:t>zmienionej</w:t>
      </w:r>
      <w:proofErr w:type="spellEnd"/>
      <w:r>
        <w:t xml:space="preserve"> </w:t>
      </w:r>
      <w:proofErr w:type="spellStart"/>
      <w:r>
        <w:t>Uchwałą</w:t>
      </w:r>
      <w:proofErr w:type="spellEnd"/>
      <w:r>
        <w:t xml:space="preserve"> Nr XXXI/322/26 Rady </w:t>
      </w:r>
      <w:proofErr w:type="spellStart"/>
      <w:r>
        <w:t>Miejskiej</w:t>
      </w:r>
      <w:proofErr w:type="spellEnd"/>
      <w:r>
        <w:t xml:space="preserve"> </w:t>
      </w:r>
      <w:r>
        <w:br/>
        <w:t xml:space="preserve">w Czechowicach-Dziedzicach z </w:t>
      </w:r>
      <w:proofErr w:type="spellStart"/>
      <w:r>
        <w:t>dnia</w:t>
      </w:r>
      <w:proofErr w:type="spellEnd"/>
      <w:r>
        <w:t xml:space="preserve"> 16 </w:t>
      </w:r>
      <w:proofErr w:type="spellStart"/>
      <w:r>
        <w:t>czerwca</w:t>
      </w:r>
      <w:proofErr w:type="spellEnd"/>
      <w:r>
        <w:t xml:space="preserve"> 2026 r., 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prognozą</w:t>
      </w:r>
      <w:proofErr w:type="spellEnd"/>
      <w:r>
        <w:t xml:space="preserve"> </w:t>
      </w:r>
      <w:proofErr w:type="spellStart"/>
      <w:r>
        <w:t>oddziaływania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środowisko</w:t>
      </w:r>
      <w:proofErr w:type="spellEnd"/>
      <w:r>
        <w:t>;</w:t>
      </w:r>
    </w:p>
    <w:p w14:paraId="76CE3734" w14:textId="77777777" w:rsidR="007C1A22" w:rsidRDefault="006964DC" w:rsidP="006964DC">
      <w:pPr>
        <w:spacing w:after="0" w:line="240" w:lineRule="auto"/>
        <w:ind w:left="227" w:hanging="142"/>
        <w:jc w:val="both"/>
      </w:pPr>
      <w:r>
        <w:t xml:space="preserve">2) Projekt </w:t>
      </w:r>
      <w:proofErr w:type="spellStart"/>
      <w:r>
        <w:t>miejscowego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 xml:space="preserve"> </w:t>
      </w:r>
      <w:proofErr w:type="spellStart"/>
      <w:r>
        <w:t>obszaru</w:t>
      </w:r>
      <w:proofErr w:type="spellEnd"/>
      <w:r>
        <w:t xml:space="preserve"> </w:t>
      </w:r>
      <w:proofErr w:type="spellStart"/>
      <w:r>
        <w:t>gminy</w:t>
      </w:r>
      <w:proofErr w:type="spellEnd"/>
      <w:r>
        <w:t xml:space="preserve"> </w:t>
      </w:r>
      <w:proofErr w:type="spellStart"/>
      <w:r>
        <w:t>Czechowice-Dziedzice</w:t>
      </w:r>
      <w:proofErr w:type="spellEnd"/>
      <w:r>
        <w:t xml:space="preserve"> </w:t>
      </w:r>
      <w:proofErr w:type="spellStart"/>
      <w:r>
        <w:t>położonego</w:t>
      </w:r>
      <w:proofErr w:type="spellEnd"/>
      <w:r>
        <w:t xml:space="preserve"> w </w:t>
      </w:r>
      <w:proofErr w:type="spellStart"/>
      <w:r>
        <w:t>rejonie</w:t>
      </w:r>
      <w:proofErr w:type="spellEnd"/>
      <w:r>
        <w:t xml:space="preserve"> ul. </w:t>
      </w:r>
      <w:proofErr w:type="spellStart"/>
      <w:r>
        <w:t>Lipowskiej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ul. </w:t>
      </w:r>
      <w:proofErr w:type="spellStart"/>
      <w:r>
        <w:t>Napierskiego</w:t>
      </w:r>
      <w:proofErr w:type="spellEnd"/>
      <w:r>
        <w:t xml:space="preserve"> – </w:t>
      </w:r>
      <w:proofErr w:type="spellStart"/>
      <w:r>
        <w:t>sporządzany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podstawie</w:t>
      </w:r>
      <w:proofErr w:type="spellEnd"/>
      <w:r>
        <w:t xml:space="preserve"> </w:t>
      </w:r>
      <w:proofErr w:type="spellStart"/>
      <w:r>
        <w:t>Uchwały</w:t>
      </w:r>
      <w:proofErr w:type="spellEnd"/>
      <w:r>
        <w:t xml:space="preserve"> Nr XIII/137/25 Rady </w:t>
      </w:r>
      <w:proofErr w:type="spellStart"/>
      <w:r>
        <w:t>Miejskiej</w:t>
      </w:r>
      <w:proofErr w:type="spellEnd"/>
      <w:r>
        <w:t xml:space="preserve"> w Czechowicach-Dziedzicach z </w:t>
      </w:r>
      <w:proofErr w:type="spellStart"/>
      <w:r>
        <w:t>dnia</w:t>
      </w:r>
      <w:proofErr w:type="spellEnd"/>
      <w:r>
        <w:t xml:space="preserve"> 28 </w:t>
      </w:r>
      <w:proofErr w:type="spellStart"/>
      <w:r>
        <w:t>stycznia</w:t>
      </w:r>
      <w:proofErr w:type="spellEnd"/>
      <w:r>
        <w:t xml:space="preserve"> 2025 r., 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prognozą</w:t>
      </w:r>
      <w:proofErr w:type="spellEnd"/>
      <w:r>
        <w:t xml:space="preserve"> </w:t>
      </w:r>
      <w:proofErr w:type="spellStart"/>
      <w:r>
        <w:t>oddziaływania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środowisko</w:t>
      </w:r>
      <w:proofErr w:type="spellEnd"/>
      <w:r>
        <w:t>;</w:t>
      </w:r>
    </w:p>
    <w:p w14:paraId="6028BB74" w14:textId="77777777" w:rsidR="007C1A22" w:rsidRDefault="006964DC" w:rsidP="006964DC">
      <w:pPr>
        <w:spacing w:after="0" w:line="240" w:lineRule="auto"/>
        <w:ind w:left="227" w:hanging="142"/>
        <w:jc w:val="both"/>
      </w:pPr>
      <w:r>
        <w:t xml:space="preserve">3) Projekt </w:t>
      </w:r>
      <w:proofErr w:type="spellStart"/>
      <w:r>
        <w:t>miejscowego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 xml:space="preserve"> </w:t>
      </w:r>
      <w:proofErr w:type="spellStart"/>
      <w:r>
        <w:t>obszaru</w:t>
      </w:r>
      <w:proofErr w:type="spellEnd"/>
      <w:r>
        <w:t xml:space="preserve"> </w:t>
      </w:r>
      <w:proofErr w:type="spellStart"/>
      <w:r>
        <w:t>gminy</w:t>
      </w:r>
      <w:proofErr w:type="spellEnd"/>
      <w:r>
        <w:t xml:space="preserve"> </w:t>
      </w:r>
      <w:proofErr w:type="spellStart"/>
      <w:r>
        <w:t>Czechowice-Dziedzice</w:t>
      </w:r>
      <w:proofErr w:type="spellEnd"/>
      <w:r>
        <w:t xml:space="preserve"> </w:t>
      </w:r>
      <w:proofErr w:type="spellStart"/>
      <w:r>
        <w:t>położonego</w:t>
      </w:r>
      <w:proofErr w:type="spellEnd"/>
      <w:r>
        <w:t xml:space="preserve"> w </w:t>
      </w:r>
      <w:proofErr w:type="spellStart"/>
      <w:r>
        <w:t>rejonie</w:t>
      </w:r>
      <w:proofErr w:type="spellEnd"/>
      <w:r>
        <w:t xml:space="preserve"> ul. </w:t>
      </w:r>
      <w:proofErr w:type="spellStart"/>
      <w:r>
        <w:t>Oliwnej</w:t>
      </w:r>
      <w:proofErr w:type="spellEnd"/>
      <w:r>
        <w:t xml:space="preserve">, ul. </w:t>
      </w:r>
      <w:proofErr w:type="spellStart"/>
      <w:r>
        <w:t>Bukowej</w:t>
      </w:r>
      <w:proofErr w:type="spellEnd"/>
      <w:r>
        <w:t xml:space="preserve">, ul. </w:t>
      </w:r>
      <w:proofErr w:type="spellStart"/>
      <w:r>
        <w:t>Cichej</w:t>
      </w:r>
      <w:proofErr w:type="spellEnd"/>
      <w:r>
        <w:t xml:space="preserve">, ul. </w:t>
      </w:r>
      <w:proofErr w:type="spellStart"/>
      <w:r>
        <w:t>Cienistej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DK1 – </w:t>
      </w:r>
      <w:proofErr w:type="spellStart"/>
      <w:r>
        <w:t>sporządzany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podstawie</w:t>
      </w:r>
      <w:proofErr w:type="spellEnd"/>
      <w:r>
        <w:t xml:space="preserve"> </w:t>
      </w:r>
      <w:proofErr w:type="spellStart"/>
      <w:r>
        <w:t>Uchwały</w:t>
      </w:r>
      <w:proofErr w:type="spellEnd"/>
      <w:r>
        <w:t xml:space="preserve"> Nr XIII/135/25 Rady </w:t>
      </w:r>
      <w:proofErr w:type="spellStart"/>
      <w:r>
        <w:t>Miejskiej</w:t>
      </w:r>
      <w:proofErr w:type="spellEnd"/>
      <w:r>
        <w:t xml:space="preserve"> w Czechowicach-Dziedzicach z </w:t>
      </w:r>
      <w:proofErr w:type="spellStart"/>
      <w:r>
        <w:t>dnia</w:t>
      </w:r>
      <w:proofErr w:type="spellEnd"/>
      <w:r>
        <w:t xml:space="preserve"> 28 </w:t>
      </w:r>
      <w:proofErr w:type="spellStart"/>
      <w:r>
        <w:t>stycznia</w:t>
      </w:r>
      <w:proofErr w:type="spellEnd"/>
      <w:r>
        <w:t xml:space="preserve"> 2025 r., 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prognozą</w:t>
      </w:r>
      <w:proofErr w:type="spellEnd"/>
      <w:r>
        <w:t xml:space="preserve"> </w:t>
      </w:r>
      <w:proofErr w:type="spellStart"/>
      <w:r>
        <w:t>oddziaływania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środowisko</w:t>
      </w:r>
      <w:proofErr w:type="spellEnd"/>
      <w:r>
        <w:t>;</w:t>
      </w:r>
    </w:p>
    <w:p w14:paraId="15AC2AD5" w14:textId="4D438567" w:rsidR="007C1A22" w:rsidRDefault="006964DC" w:rsidP="006964DC">
      <w:pPr>
        <w:spacing w:after="0" w:line="240" w:lineRule="auto"/>
        <w:ind w:left="227" w:hanging="142"/>
        <w:jc w:val="both"/>
      </w:pPr>
      <w:r>
        <w:t xml:space="preserve">4) Projekt </w:t>
      </w:r>
      <w:proofErr w:type="spellStart"/>
      <w:r>
        <w:t>miejscowego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 xml:space="preserve"> </w:t>
      </w:r>
      <w:proofErr w:type="spellStart"/>
      <w:r>
        <w:t>obszaru</w:t>
      </w:r>
      <w:proofErr w:type="spellEnd"/>
      <w:r>
        <w:t xml:space="preserve"> </w:t>
      </w:r>
      <w:proofErr w:type="spellStart"/>
      <w:r>
        <w:t>gminy</w:t>
      </w:r>
      <w:proofErr w:type="spellEnd"/>
      <w:r>
        <w:t xml:space="preserve"> </w:t>
      </w:r>
      <w:proofErr w:type="spellStart"/>
      <w:r>
        <w:t>Czechowice-Dziedzice</w:t>
      </w:r>
      <w:proofErr w:type="spellEnd"/>
      <w:r>
        <w:t xml:space="preserve"> </w:t>
      </w:r>
      <w:proofErr w:type="spellStart"/>
      <w:r>
        <w:t>położonego</w:t>
      </w:r>
      <w:proofErr w:type="spellEnd"/>
      <w:r>
        <w:t xml:space="preserve"> w </w:t>
      </w:r>
      <w:proofErr w:type="spellStart"/>
      <w:r>
        <w:t>rejonie</w:t>
      </w:r>
      <w:proofErr w:type="spellEnd"/>
      <w:r>
        <w:t xml:space="preserve"> ul. </w:t>
      </w:r>
      <w:proofErr w:type="spellStart"/>
      <w:r>
        <w:t>Kruczej</w:t>
      </w:r>
      <w:proofErr w:type="spellEnd"/>
      <w:r>
        <w:t xml:space="preserve"> – </w:t>
      </w:r>
      <w:proofErr w:type="spellStart"/>
      <w:r>
        <w:t>sporządzany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podstawie</w:t>
      </w:r>
      <w:proofErr w:type="spellEnd"/>
      <w:r>
        <w:t xml:space="preserve"> </w:t>
      </w:r>
      <w:proofErr w:type="spellStart"/>
      <w:r>
        <w:t>Uchwały</w:t>
      </w:r>
      <w:proofErr w:type="spellEnd"/>
      <w:r>
        <w:t xml:space="preserve"> Nr XIII/136/25 Rady </w:t>
      </w:r>
      <w:proofErr w:type="spellStart"/>
      <w:r>
        <w:t>Miejskiej</w:t>
      </w:r>
      <w:proofErr w:type="spellEnd"/>
      <w:r>
        <w:t xml:space="preserve"> w Czechowicach-Dziedzicach z </w:t>
      </w:r>
      <w:proofErr w:type="spellStart"/>
      <w:r>
        <w:t>dnia</w:t>
      </w:r>
      <w:proofErr w:type="spellEnd"/>
      <w:r>
        <w:t xml:space="preserve"> 28 </w:t>
      </w:r>
      <w:proofErr w:type="spellStart"/>
      <w:r>
        <w:t>stycznia</w:t>
      </w:r>
      <w:proofErr w:type="spellEnd"/>
      <w:r>
        <w:t xml:space="preserve"> 2025 r., 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prognozą</w:t>
      </w:r>
      <w:proofErr w:type="spellEnd"/>
      <w:r>
        <w:t xml:space="preserve"> </w:t>
      </w:r>
      <w:proofErr w:type="spellStart"/>
      <w:r>
        <w:t>oddziaływania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środowisko</w:t>
      </w:r>
      <w:proofErr w:type="spellEnd"/>
      <w:r>
        <w:t>.</w:t>
      </w:r>
    </w:p>
    <w:p w14:paraId="0FFC1A46" w14:textId="7FE18882" w:rsidR="00BA3392" w:rsidRPr="0008240E" w:rsidRDefault="00DD18C6" w:rsidP="0008240E">
      <w:pPr>
        <w:pStyle w:val="Default"/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 w:rsidRPr="005E07FF">
        <w:rPr>
          <w:rFonts w:ascii="Times New Roman" w:hAnsi="Times New Roman" w:cs="Times New Roman"/>
          <w:sz w:val="21"/>
          <w:szCs w:val="21"/>
        </w:rPr>
        <w:t>5</w:t>
      </w:r>
      <w:r w:rsidR="00E6739C" w:rsidRPr="005E07FF">
        <w:rPr>
          <w:rFonts w:ascii="Times New Roman" w:hAnsi="Times New Roman" w:cs="Times New Roman"/>
          <w:sz w:val="21"/>
          <w:szCs w:val="21"/>
        </w:rPr>
        <w:t>)</w:t>
      </w:r>
      <w:r w:rsidRPr="005E07FF">
        <w:rPr>
          <w:rFonts w:ascii="Times New Roman" w:hAnsi="Times New Roman" w:cs="Times New Roman"/>
          <w:sz w:val="21"/>
          <w:szCs w:val="21"/>
        </w:rPr>
        <w:t xml:space="preserve"> </w:t>
      </w:r>
      <w:r w:rsidR="00E6739C" w:rsidRPr="005E07FF">
        <w:rPr>
          <w:rFonts w:ascii="Times New Roman" w:hAnsi="Times New Roman" w:cs="Times New Roman"/>
          <w:sz w:val="21"/>
          <w:szCs w:val="21"/>
        </w:rPr>
        <w:t>Projekt</w:t>
      </w:r>
      <w:r w:rsidR="00BA3392" w:rsidRPr="005E07FF">
        <w:rPr>
          <w:rFonts w:ascii="Times New Roman" w:hAnsi="Times New Roman" w:cs="Times New Roman"/>
          <w:sz w:val="21"/>
          <w:szCs w:val="21"/>
        </w:rPr>
        <w:t xml:space="preserve"> miejscowego planu zagospodarowania przestrzennego części obszaru gminy Czechowice-Dziedzice położonego w rejonie Osiedla „Czechowice Górne” obszar II</w:t>
      </w:r>
      <w:r w:rsidRPr="005E07FF">
        <w:rPr>
          <w:rFonts w:ascii="Times New Roman" w:hAnsi="Times New Roman" w:cs="Times New Roman"/>
          <w:sz w:val="21"/>
          <w:szCs w:val="21"/>
        </w:rPr>
        <w:t xml:space="preserve"> – sporządzany na podstawie Uchwały Nr </w:t>
      </w:r>
      <w:r w:rsidR="0008240E" w:rsidRPr="005E07FF">
        <w:rPr>
          <w:rFonts w:ascii="Times New Roman" w:hAnsi="Times New Roman" w:cs="Times New Roman"/>
          <w:sz w:val="21"/>
          <w:szCs w:val="21"/>
        </w:rPr>
        <w:t xml:space="preserve">LVI/664/22 </w:t>
      </w:r>
      <w:r w:rsidRPr="005E07FF">
        <w:rPr>
          <w:rFonts w:ascii="Times New Roman" w:hAnsi="Times New Roman" w:cs="Times New Roman"/>
          <w:sz w:val="21"/>
          <w:szCs w:val="21"/>
        </w:rPr>
        <w:t xml:space="preserve"> Rady Miejskiej w Czechowicach-Dziedzicach z dnia </w:t>
      </w:r>
      <w:r w:rsidR="0008240E" w:rsidRPr="005E07FF">
        <w:rPr>
          <w:rFonts w:ascii="Times New Roman" w:hAnsi="Times New Roman" w:cs="Times New Roman"/>
          <w:sz w:val="21"/>
          <w:szCs w:val="21"/>
        </w:rPr>
        <w:t>29 listopada 2022 r.</w:t>
      </w:r>
      <w:r w:rsidRPr="005E07FF">
        <w:rPr>
          <w:rFonts w:ascii="Times New Roman" w:hAnsi="Times New Roman" w:cs="Times New Roman"/>
          <w:sz w:val="21"/>
          <w:szCs w:val="21"/>
        </w:rPr>
        <w:t>, wraz z prognozą oddziaływania na środowisko;</w:t>
      </w:r>
    </w:p>
    <w:p w14:paraId="32619B15" w14:textId="77777777" w:rsidR="004C691A" w:rsidRPr="004C691A" w:rsidRDefault="004C691A" w:rsidP="006964DC">
      <w:pPr>
        <w:spacing w:after="0" w:line="240" w:lineRule="auto"/>
        <w:ind w:left="227" w:hanging="142"/>
        <w:jc w:val="both"/>
        <w:rPr>
          <w:sz w:val="8"/>
          <w:szCs w:val="8"/>
        </w:rPr>
      </w:pPr>
    </w:p>
    <w:p w14:paraId="08F3F11E" w14:textId="77777777" w:rsidR="007C1A22" w:rsidRDefault="006964DC" w:rsidP="006964DC">
      <w:pPr>
        <w:spacing w:after="0" w:line="240" w:lineRule="auto"/>
        <w:jc w:val="both"/>
      </w:pPr>
      <w:r>
        <w:rPr>
          <w:b/>
        </w:rPr>
        <w:t xml:space="preserve">2. </w:t>
      </w:r>
      <w:proofErr w:type="spellStart"/>
      <w:r>
        <w:rPr>
          <w:b/>
        </w:rPr>
        <w:t>Projekty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planów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których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odstąpiono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przeprowadzenia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strategicznej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oceny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oddziaływania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środowisko</w:t>
      </w:r>
      <w:proofErr w:type="spellEnd"/>
      <w:r>
        <w:rPr>
          <w:b/>
        </w:rPr>
        <w:t>:</w:t>
      </w:r>
    </w:p>
    <w:p w14:paraId="1175C72B" w14:textId="77777777" w:rsidR="007C1A22" w:rsidRDefault="006964DC" w:rsidP="006964DC">
      <w:pPr>
        <w:spacing w:after="0" w:line="240" w:lineRule="auto"/>
        <w:ind w:left="227" w:hanging="142"/>
        <w:jc w:val="both"/>
      </w:pPr>
      <w:r>
        <w:t xml:space="preserve">1) Projekt </w:t>
      </w:r>
      <w:proofErr w:type="spellStart"/>
      <w:r>
        <w:t>miejscowego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 xml:space="preserve"> </w:t>
      </w:r>
      <w:proofErr w:type="spellStart"/>
      <w:r>
        <w:t>obszaru</w:t>
      </w:r>
      <w:proofErr w:type="spellEnd"/>
      <w:r>
        <w:t xml:space="preserve"> </w:t>
      </w:r>
      <w:proofErr w:type="spellStart"/>
      <w:r>
        <w:t>gminy</w:t>
      </w:r>
      <w:proofErr w:type="spellEnd"/>
      <w:r>
        <w:t xml:space="preserve"> </w:t>
      </w:r>
      <w:proofErr w:type="spellStart"/>
      <w:r>
        <w:t>Czechowice-Dziedzice</w:t>
      </w:r>
      <w:proofErr w:type="spellEnd"/>
      <w:r>
        <w:t xml:space="preserve"> </w:t>
      </w:r>
      <w:proofErr w:type="spellStart"/>
      <w:r>
        <w:t>położonego</w:t>
      </w:r>
      <w:proofErr w:type="spellEnd"/>
      <w:r>
        <w:t xml:space="preserve"> </w:t>
      </w:r>
      <w:proofErr w:type="spellStart"/>
      <w:r>
        <w:t>przy</w:t>
      </w:r>
      <w:proofErr w:type="spellEnd"/>
      <w:r>
        <w:t xml:space="preserve"> ul. </w:t>
      </w:r>
      <w:proofErr w:type="spellStart"/>
      <w:r>
        <w:t>Drzymały</w:t>
      </w:r>
      <w:proofErr w:type="spellEnd"/>
      <w:r>
        <w:t xml:space="preserve"> – </w:t>
      </w:r>
      <w:proofErr w:type="spellStart"/>
      <w:r>
        <w:t>sporządzany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podstawie</w:t>
      </w:r>
      <w:proofErr w:type="spellEnd"/>
      <w:r>
        <w:t xml:space="preserve"> </w:t>
      </w:r>
      <w:proofErr w:type="spellStart"/>
      <w:r>
        <w:t>Uchwały</w:t>
      </w:r>
      <w:proofErr w:type="spellEnd"/>
      <w:r>
        <w:t xml:space="preserve"> Nr IV/40/24 Rady </w:t>
      </w:r>
      <w:proofErr w:type="spellStart"/>
      <w:r>
        <w:t>Miejskiej</w:t>
      </w:r>
      <w:proofErr w:type="spellEnd"/>
      <w:r>
        <w:t xml:space="preserve"> w Czechowicach-Dziedzicach z </w:t>
      </w:r>
      <w:proofErr w:type="spellStart"/>
      <w:r>
        <w:t>dnia</w:t>
      </w:r>
      <w:proofErr w:type="spellEnd"/>
      <w:r>
        <w:t xml:space="preserve"> 25 </w:t>
      </w:r>
      <w:proofErr w:type="spellStart"/>
      <w:r>
        <w:t>czerwca</w:t>
      </w:r>
      <w:proofErr w:type="spellEnd"/>
      <w:r>
        <w:t xml:space="preserve"> 2024 r.;</w:t>
      </w:r>
    </w:p>
    <w:p w14:paraId="6E668A18" w14:textId="77777777" w:rsidR="007C1A22" w:rsidRDefault="006964DC" w:rsidP="006964DC">
      <w:pPr>
        <w:spacing w:after="0" w:line="240" w:lineRule="auto"/>
        <w:ind w:left="227" w:hanging="142"/>
        <w:jc w:val="both"/>
      </w:pPr>
      <w:r>
        <w:t xml:space="preserve">2) Projekt </w:t>
      </w:r>
      <w:proofErr w:type="spellStart"/>
      <w:r>
        <w:t>miejscowego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 xml:space="preserve"> </w:t>
      </w:r>
      <w:proofErr w:type="spellStart"/>
      <w:r>
        <w:t>obszaru</w:t>
      </w:r>
      <w:proofErr w:type="spellEnd"/>
      <w:r>
        <w:t xml:space="preserve"> </w:t>
      </w:r>
      <w:proofErr w:type="spellStart"/>
      <w:r>
        <w:t>gminy</w:t>
      </w:r>
      <w:proofErr w:type="spellEnd"/>
      <w:r>
        <w:t xml:space="preserve"> </w:t>
      </w:r>
      <w:proofErr w:type="spellStart"/>
      <w:r>
        <w:t>Czechowice-Dziedzice</w:t>
      </w:r>
      <w:proofErr w:type="spellEnd"/>
      <w:r>
        <w:t xml:space="preserve"> </w:t>
      </w:r>
      <w:proofErr w:type="spellStart"/>
      <w:r>
        <w:t>położonego</w:t>
      </w:r>
      <w:proofErr w:type="spellEnd"/>
      <w:r>
        <w:t xml:space="preserve"> </w:t>
      </w:r>
      <w:proofErr w:type="spellStart"/>
      <w:r>
        <w:t>przy</w:t>
      </w:r>
      <w:proofErr w:type="spellEnd"/>
      <w:r>
        <w:t xml:space="preserve"> ul. </w:t>
      </w:r>
      <w:proofErr w:type="spellStart"/>
      <w:r>
        <w:t>Ignacego</w:t>
      </w:r>
      <w:proofErr w:type="spellEnd"/>
      <w:r>
        <w:t xml:space="preserve"> Jana Paderewskiego, ul. Jana III </w:t>
      </w:r>
      <w:proofErr w:type="spellStart"/>
      <w:r>
        <w:t>Sobieskiego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ul. </w:t>
      </w:r>
      <w:proofErr w:type="spellStart"/>
      <w:r>
        <w:t>Kolejowej</w:t>
      </w:r>
      <w:proofErr w:type="spellEnd"/>
      <w:r>
        <w:t xml:space="preserve"> – </w:t>
      </w:r>
      <w:proofErr w:type="spellStart"/>
      <w:r>
        <w:t>sporządzany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podstawie</w:t>
      </w:r>
      <w:proofErr w:type="spellEnd"/>
      <w:r>
        <w:t xml:space="preserve"> </w:t>
      </w:r>
      <w:proofErr w:type="spellStart"/>
      <w:r>
        <w:t>Uchwały</w:t>
      </w:r>
      <w:proofErr w:type="spellEnd"/>
      <w:r>
        <w:t xml:space="preserve"> Nr IV/41/24 Rady </w:t>
      </w:r>
      <w:proofErr w:type="spellStart"/>
      <w:r>
        <w:t>Miejskiej</w:t>
      </w:r>
      <w:proofErr w:type="spellEnd"/>
      <w:r>
        <w:t xml:space="preserve"> w Czechowicach-Dziedzicach z </w:t>
      </w:r>
      <w:proofErr w:type="spellStart"/>
      <w:r>
        <w:t>dnia</w:t>
      </w:r>
      <w:proofErr w:type="spellEnd"/>
      <w:r>
        <w:t xml:space="preserve"> 25 </w:t>
      </w:r>
      <w:proofErr w:type="spellStart"/>
      <w:r>
        <w:t>czerwca</w:t>
      </w:r>
      <w:proofErr w:type="spellEnd"/>
      <w:r>
        <w:t xml:space="preserve"> 2024 r.</w:t>
      </w:r>
    </w:p>
    <w:p w14:paraId="119DF17F" w14:textId="77777777" w:rsidR="004C691A" w:rsidRPr="004C691A" w:rsidRDefault="004C691A" w:rsidP="006964DC">
      <w:pPr>
        <w:spacing w:after="0" w:line="240" w:lineRule="auto"/>
        <w:jc w:val="both"/>
        <w:rPr>
          <w:sz w:val="16"/>
          <w:szCs w:val="16"/>
        </w:rPr>
      </w:pPr>
    </w:p>
    <w:p w14:paraId="6ECCB3E0" w14:textId="65874639" w:rsidR="007C1A22" w:rsidRDefault="006964DC" w:rsidP="006964DC">
      <w:pPr>
        <w:spacing w:after="0" w:line="240" w:lineRule="auto"/>
        <w:jc w:val="both"/>
      </w:pPr>
      <w:proofErr w:type="spellStart"/>
      <w:r>
        <w:t>Konsultacje</w:t>
      </w:r>
      <w:proofErr w:type="spellEnd"/>
      <w:r>
        <w:t xml:space="preserve"> </w:t>
      </w:r>
      <w:proofErr w:type="spellStart"/>
      <w:r>
        <w:t>społeczne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prowadzone</w:t>
      </w:r>
      <w:proofErr w:type="spellEnd"/>
      <w:r>
        <w:t xml:space="preserve"> w </w:t>
      </w:r>
      <w:proofErr w:type="spellStart"/>
      <w:r>
        <w:t>terminie</w:t>
      </w:r>
      <w:proofErr w:type="spellEnd"/>
      <w:r>
        <w:t xml:space="preserve"> od 31 </w:t>
      </w:r>
      <w:proofErr w:type="spellStart"/>
      <w:r>
        <w:t>sierpnia</w:t>
      </w:r>
      <w:proofErr w:type="spellEnd"/>
      <w:r>
        <w:t xml:space="preserve"> 2026 r. do 30 </w:t>
      </w:r>
      <w:proofErr w:type="spellStart"/>
      <w:r>
        <w:t>września</w:t>
      </w:r>
      <w:proofErr w:type="spellEnd"/>
      <w:r>
        <w:t xml:space="preserve"> 2026 r. </w:t>
      </w:r>
      <w:proofErr w:type="spellStart"/>
      <w:r>
        <w:t>i</w:t>
      </w:r>
      <w:proofErr w:type="spellEnd"/>
      <w:r>
        <w:t xml:space="preserve"> </w:t>
      </w:r>
      <w:proofErr w:type="spellStart"/>
      <w:r>
        <w:t>obejmą</w:t>
      </w:r>
      <w:proofErr w:type="spellEnd"/>
      <w:r>
        <w:t xml:space="preserve">: </w:t>
      </w:r>
      <w:proofErr w:type="spellStart"/>
      <w:r>
        <w:t>zbieranie</w:t>
      </w:r>
      <w:proofErr w:type="spellEnd"/>
      <w:r>
        <w:t xml:space="preserve"> </w:t>
      </w:r>
      <w:proofErr w:type="spellStart"/>
      <w:r>
        <w:t>uwag</w:t>
      </w:r>
      <w:proofErr w:type="spellEnd"/>
      <w:r>
        <w:t xml:space="preserve">, </w:t>
      </w:r>
      <w:proofErr w:type="spellStart"/>
      <w:r>
        <w:t>spotkanie</w:t>
      </w:r>
      <w:proofErr w:type="spellEnd"/>
      <w:r>
        <w:t xml:space="preserve"> </w:t>
      </w:r>
      <w:proofErr w:type="spellStart"/>
      <w:r>
        <w:t>otwarte</w:t>
      </w:r>
      <w:proofErr w:type="spellEnd"/>
      <w:r>
        <w:t xml:space="preserve"> 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prezentacją</w:t>
      </w:r>
      <w:proofErr w:type="spellEnd"/>
      <w:r>
        <w:t xml:space="preserve"> </w:t>
      </w:r>
      <w:proofErr w:type="spellStart"/>
      <w:r>
        <w:t>projektów</w:t>
      </w:r>
      <w:proofErr w:type="spellEnd"/>
      <w:r>
        <w:t xml:space="preserve"> </w:t>
      </w:r>
      <w:proofErr w:type="spellStart"/>
      <w:r>
        <w:t>planów</w:t>
      </w:r>
      <w:proofErr w:type="spellEnd"/>
      <w:r>
        <w:t xml:space="preserve"> </w:t>
      </w:r>
      <w:proofErr w:type="spellStart"/>
      <w:r>
        <w:t>miejscowych</w:t>
      </w:r>
      <w:proofErr w:type="spellEnd"/>
      <w:r>
        <w:t xml:space="preserve"> w </w:t>
      </w:r>
      <w:proofErr w:type="spellStart"/>
      <w:r>
        <w:t>dniu</w:t>
      </w:r>
      <w:proofErr w:type="spellEnd"/>
      <w:r>
        <w:t xml:space="preserve"> 8 </w:t>
      </w:r>
      <w:proofErr w:type="spellStart"/>
      <w:r>
        <w:t>września</w:t>
      </w:r>
      <w:proofErr w:type="spellEnd"/>
      <w:r>
        <w:t xml:space="preserve"> 2026 r.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dyżur</w:t>
      </w:r>
      <w:proofErr w:type="spellEnd"/>
      <w:r>
        <w:t xml:space="preserve"> </w:t>
      </w:r>
      <w:proofErr w:type="spellStart"/>
      <w:r>
        <w:t>projektanta</w:t>
      </w:r>
      <w:proofErr w:type="spellEnd"/>
      <w:r>
        <w:t xml:space="preserve"> w </w:t>
      </w:r>
      <w:proofErr w:type="spellStart"/>
      <w:r>
        <w:t>dniu</w:t>
      </w:r>
      <w:proofErr w:type="spellEnd"/>
      <w:r>
        <w:t xml:space="preserve"> 9 </w:t>
      </w:r>
      <w:proofErr w:type="spellStart"/>
      <w:r>
        <w:t>września</w:t>
      </w:r>
      <w:proofErr w:type="spellEnd"/>
      <w:r>
        <w:t xml:space="preserve"> 2026 r.</w:t>
      </w:r>
    </w:p>
    <w:p w14:paraId="693D0DA3" w14:textId="77777777" w:rsidR="004C691A" w:rsidRDefault="006964DC" w:rsidP="004C691A">
      <w:pPr>
        <w:keepLines/>
        <w:spacing w:after="40" w:line="240" w:lineRule="auto"/>
        <w:jc w:val="both"/>
      </w:pPr>
      <w:proofErr w:type="spellStart"/>
      <w:r>
        <w:t>Projekty</w:t>
      </w:r>
      <w:proofErr w:type="spellEnd"/>
      <w:r>
        <w:t xml:space="preserve"> </w:t>
      </w:r>
      <w:proofErr w:type="spellStart"/>
      <w:r>
        <w:t>miejscowych</w:t>
      </w:r>
      <w:proofErr w:type="spellEnd"/>
      <w:r>
        <w:t xml:space="preserve"> </w:t>
      </w:r>
      <w:proofErr w:type="spellStart"/>
      <w:r>
        <w:t>planów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</w:t>
      </w:r>
      <w:proofErr w:type="spellStart"/>
      <w:r>
        <w:t>objęte</w:t>
      </w:r>
      <w:proofErr w:type="spellEnd"/>
      <w:r>
        <w:t xml:space="preserve"> </w:t>
      </w:r>
      <w:proofErr w:type="spellStart"/>
      <w:r>
        <w:t>konsultacjami</w:t>
      </w:r>
      <w:proofErr w:type="spellEnd"/>
      <w:r>
        <w:t xml:space="preserve"> </w:t>
      </w:r>
      <w:proofErr w:type="spellStart"/>
      <w:r>
        <w:t>społecznymi</w:t>
      </w:r>
      <w:proofErr w:type="spellEnd"/>
      <w:r>
        <w:t xml:space="preserve">, a 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projektów</w:t>
      </w:r>
      <w:proofErr w:type="spellEnd"/>
      <w:r>
        <w:t xml:space="preserve"> </w:t>
      </w:r>
      <w:proofErr w:type="spellStart"/>
      <w:r>
        <w:t>wymienionych</w:t>
      </w:r>
      <w:proofErr w:type="spellEnd"/>
      <w:r>
        <w:t xml:space="preserve"> w pkt 1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prognozy</w:t>
      </w:r>
      <w:proofErr w:type="spellEnd"/>
      <w:r>
        <w:t xml:space="preserve"> </w:t>
      </w:r>
      <w:proofErr w:type="spellStart"/>
      <w:r>
        <w:t>oddziaływania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środowisko</w:t>
      </w:r>
      <w:proofErr w:type="spellEnd"/>
      <w:r>
        <w:t xml:space="preserve">,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udostępnione</w:t>
      </w:r>
      <w:proofErr w:type="spellEnd"/>
      <w:r>
        <w:t xml:space="preserve"> w </w:t>
      </w:r>
      <w:proofErr w:type="spellStart"/>
      <w:r>
        <w:t>terminie</w:t>
      </w:r>
      <w:proofErr w:type="spellEnd"/>
      <w:r>
        <w:t xml:space="preserve"> </w:t>
      </w:r>
      <w:proofErr w:type="spellStart"/>
      <w:r>
        <w:t>konsultacji</w:t>
      </w:r>
      <w:proofErr w:type="spellEnd"/>
      <w:r>
        <w:t xml:space="preserve"> </w:t>
      </w:r>
      <w:proofErr w:type="spellStart"/>
      <w:r>
        <w:t>społecznych</w:t>
      </w:r>
      <w:proofErr w:type="spellEnd"/>
      <w:r>
        <w:t>:</w:t>
      </w:r>
    </w:p>
    <w:p w14:paraId="656B4AB9" w14:textId="77777777" w:rsidR="004C691A" w:rsidRDefault="006964DC" w:rsidP="004C691A">
      <w:pPr>
        <w:pStyle w:val="Akapitzlist"/>
        <w:keepLines/>
        <w:numPr>
          <w:ilvl w:val="0"/>
          <w:numId w:val="11"/>
        </w:numPr>
        <w:spacing w:after="40" w:line="240" w:lineRule="auto"/>
        <w:ind w:left="284" w:hanging="426"/>
        <w:jc w:val="both"/>
      </w:pPr>
      <w:r>
        <w:t xml:space="preserve">w </w:t>
      </w:r>
      <w:proofErr w:type="spellStart"/>
      <w:r>
        <w:t>Biuletynie</w:t>
      </w:r>
      <w:proofErr w:type="spellEnd"/>
      <w:r>
        <w:t xml:space="preserve"> </w:t>
      </w:r>
      <w:proofErr w:type="spellStart"/>
      <w:r>
        <w:t>Informacji</w:t>
      </w:r>
      <w:proofErr w:type="spellEnd"/>
      <w:r>
        <w:t xml:space="preserve"> </w:t>
      </w:r>
      <w:proofErr w:type="spellStart"/>
      <w:r>
        <w:t>Publicznej</w:t>
      </w:r>
      <w:proofErr w:type="spellEnd"/>
      <w:r>
        <w:t xml:space="preserve"> </w:t>
      </w:r>
      <w:proofErr w:type="spellStart"/>
      <w:r>
        <w:t>Urzędu</w:t>
      </w:r>
      <w:proofErr w:type="spellEnd"/>
      <w:r>
        <w:t xml:space="preserve"> </w:t>
      </w:r>
      <w:proofErr w:type="spellStart"/>
      <w:r>
        <w:t>Miejskiego</w:t>
      </w:r>
      <w:proofErr w:type="spellEnd"/>
      <w:r>
        <w:t xml:space="preserve"> w Czechowicach-Dziedzicach, w </w:t>
      </w:r>
      <w:proofErr w:type="spellStart"/>
      <w:r>
        <w:t>zakładce</w:t>
      </w:r>
      <w:proofErr w:type="spellEnd"/>
      <w:r>
        <w:t xml:space="preserve"> „SYSTEM INFORMACJI PRZESTRZENNEJ / PLANOWANIE PRZESTRZENNE”: </w:t>
      </w:r>
      <w:hyperlink r:id="rId6">
        <w:r w:rsidRPr="004C691A">
          <w:rPr>
            <w:color w:val="0563C1"/>
            <w:u w:val="single"/>
          </w:rPr>
          <w:t>https://www.bip.czechowice-dziedzice.pl/bipkod/083</w:t>
        </w:r>
      </w:hyperlink>
      <w:r>
        <w:t>;</w:t>
      </w:r>
    </w:p>
    <w:p w14:paraId="3E1D8DA3" w14:textId="69C9517A" w:rsidR="007C1A22" w:rsidRDefault="006964DC" w:rsidP="004C691A">
      <w:pPr>
        <w:pStyle w:val="Akapitzlist"/>
        <w:keepLines/>
        <w:numPr>
          <w:ilvl w:val="0"/>
          <w:numId w:val="11"/>
        </w:numPr>
        <w:spacing w:after="40" w:line="240" w:lineRule="auto"/>
        <w:ind w:left="284" w:hanging="426"/>
        <w:jc w:val="both"/>
      </w:pPr>
      <w:r>
        <w:t xml:space="preserve">w </w:t>
      </w:r>
      <w:proofErr w:type="spellStart"/>
      <w:r>
        <w:t>Wydziale</w:t>
      </w:r>
      <w:proofErr w:type="spellEnd"/>
      <w:r>
        <w:t xml:space="preserve"> </w:t>
      </w:r>
      <w:proofErr w:type="spellStart"/>
      <w:r>
        <w:t>Urbanistyki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Architektury</w:t>
      </w:r>
      <w:proofErr w:type="spellEnd"/>
      <w:r>
        <w:t xml:space="preserve"> </w:t>
      </w:r>
      <w:proofErr w:type="spellStart"/>
      <w:r>
        <w:t>Urzędu</w:t>
      </w:r>
      <w:proofErr w:type="spellEnd"/>
      <w:r>
        <w:t xml:space="preserve"> </w:t>
      </w:r>
      <w:proofErr w:type="spellStart"/>
      <w:r>
        <w:t>Miejskiego</w:t>
      </w:r>
      <w:proofErr w:type="spellEnd"/>
      <w:r>
        <w:t xml:space="preserve"> w </w:t>
      </w:r>
      <w:proofErr w:type="spellStart"/>
      <w:r>
        <w:t>Czechowicach</w:t>
      </w:r>
      <w:proofErr w:type="spellEnd"/>
      <w:r>
        <w:t>-</w:t>
      </w:r>
      <w:r w:rsidR="004C691A">
        <w:t xml:space="preserve"> </w:t>
      </w:r>
      <w:proofErr w:type="spellStart"/>
      <w:r>
        <w:t>Dziedzicach</w:t>
      </w:r>
      <w:proofErr w:type="spellEnd"/>
      <w:r>
        <w:t xml:space="preserve">, </w:t>
      </w:r>
      <w:proofErr w:type="spellStart"/>
      <w:r>
        <w:t>Plac</w:t>
      </w:r>
      <w:proofErr w:type="spellEnd"/>
      <w:r>
        <w:t xml:space="preserve"> Jana </w:t>
      </w:r>
      <w:proofErr w:type="spellStart"/>
      <w:r>
        <w:t>Pawła</w:t>
      </w:r>
      <w:proofErr w:type="spellEnd"/>
      <w:r>
        <w:t xml:space="preserve"> II 2, </w:t>
      </w:r>
      <w:r w:rsidR="004C691A">
        <w:br/>
      </w:r>
      <w:r>
        <w:t xml:space="preserve">w </w:t>
      </w:r>
      <w:proofErr w:type="spellStart"/>
      <w:r>
        <w:t>godzinach</w:t>
      </w:r>
      <w:proofErr w:type="spellEnd"/>
      <w:r>
        <w:t xml:space="preserve"> </w:t>
      </w:r>
      <w:proofErr w:type="spellStart"/>
      <w:r>
        <w:t>pracy</w:t>
      </w:r>
      <w:proofErr w:type="spellEnd"/>
      <w:r>
        <w:t xml:space="preserve"> </w:t>
      </w:r>
      <w:proofErr w:type="spellStart"/>
      <w:r>
        <w:t>Urzędu</w:t>
      </w:r>
      <w:proofErr w:type="spellEnd"/>
      <w:r>
        <w:t>.</w:t>
      </w:r>
    </w:p>
    <w:p w14:paraId="02E99E4C" w14:textId="77777777" w:rsidR="004C691A" w:rsidRPr="004C691A" w:rsidRDefault="004C691A" w:rsidP="004C691A">
      <w:pPr>
        <w:pStyle w:val="Akapitzlist"/>
        <w:keepLines/>
        <w:spacing w:after="40" w:line="240" w:lineRule="auto"/>
        <w:jc w:val="both"/>
        <w:rPr>
          <w:sz w:val="8"/>
          <w:szCs w:val="8"/>
        </w:rPr>
      </w:pPr>
    </w:p>
    <w:p w14:paraId="0ECF8A66" w14:textId="38A9EBC0" w:rsidR="007C1A22" w:rsidRDefault="006964DC" w:rsidP="006964DC">
      <w:pPr>
        <w:spacing w:after="0" w:line="240" w:lineRule="auto"/>
        <w:jc w:val="both"/>
      </w:pPr>
      <w:proofErr w:type="spellStart"/>
      <w:r>
        <w:rPr>
          <w:b/>
        </w:rPr>
        <w:t>Uwagi</w:t>
      </w:r>
      <w:proofErr w:type="spellEnd"/>
      <w:r>
        <w:t xml:space="preserve"> do </w:t>
      </w:r>
      <w:proofErr w:type="spellStart"/>
      <w:r>
        <w:t>projektów</w:t>
      </w:r>
      <w:proofErr w:type="spellEnd"/>
      <w:r>
        <w:t xml:space="preserve"> </w:t>
      </w:r>
      <w:proofErr w:type="spellStart"/>
      <w:r>
        <w:t>planów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składać</w:t>
      </w:r>
      <w:proofErr w:type="spellEnd"/>
      <w:r>
        <w:t xml:space="preserve"> </w:t>
      </w:r>
      <w:proofErr w:type="spellStart"/>
      <w:r>
        <w:t>wszyscy</w:t>
      </w:r>
      <w:proofErr w:type="spellEnd"/>
      <w:r>
        <w:t xml:space="preserve"> </w:t>
      </w:r>
      <w:proofErr w:type="spellStart"/>
      <w:r>
        <w:t>zainteresowani</w:t>
      </w:r>
      <w:proofErr w:type="spellEnd"/>
      <w:r>
        <w:t xml:space="preserve"> do </w:t>
      </w:r>
      <w:proofErr w:type="spellStart"/>
      <w:r>
        <w:t>Burmistrza</w:t>
      </w:r>
      <w:proofErr w:type="spellEnd"/>
      <w:r>
        <w:t xml:space="preserve"> </w:t>
      </w:r>
      <w:proofErr w:type="spellStart"/>
      <w:r>
        <w:t>Czechowic</w:t>
      </w:r>
      <w:proofErr w:type="spellEnd"/>
      <w:r>
        <w:t xml:space="preserve">-Dziedzic w </w:t>
      </w:r>
      <w:proofErr w:type="spellStart"/>
      <w:r>
        <w:t>terminie</w:t>
      </w:r>
      <w:proofErr w:type="spellEnd"/>
      <w:r>
        <w:t xml:space="preserve"> </w:t>
      </w:r>
      <w:r w:rsidR="004C691A">
        <w:br/>
      </w:r>
      <w:r>
        <w:t xml:space="preserve">od 31 </w:t>
      </w:r>
      <w:proofErr w:type="spellStart"/>
      <w:r>
        <w:t>sierpnia</w:t>
      </w:r>
      <w:proofErr w:type="spellEnd"/>
      <w:r>
        <w:t xml:space="preserve"> 2026 r. do 30 </w:t>
      </w:r>
      <w:proofErr w:type="spellStart"/>
      <w:r>
        <w:t>września</w:t>
      </w:r>
      <w:proofErr w:type="spellEnd"/>
      <w:r>
        <w:t xml:space="preserve"> 2026 r., </w:t>
      </w:r>
      <w:proofErr w:type="spellStart"/>
      <w:r>
        <w:t>na</w:t>
      </w:r>
      <w:proofErr w:type="spellEnd"/>
      <w:r>
        <w:t xml:space="preserve"> </w:t>
      </w:r>
      <w:proofErr w:type="spellStart"/>
      <w:r>
        <w:t>formularzu</w:t>
      </w:r>
      <w:proofErr w:type="spellEnd"/>
      <w:r>
        <w:t xml:space="preserve"> </w:t>
      </w:r>
      <w:proofErr w:type="spellStart"/>
      <w:r>
        <w:t>pisma</w:t>
      </w:r>
      <w:proofErr w:type="spellEnd"/>
      <w:r>
        <w:t xml:space="preserve"> </w:t>
      </w:r>
      <w:proofErr w:type="spellStart"/>
      <w:r>
        <w:t>dotyczącego</w:t>
      </w:r>
      <w:proofErr w:type="spellEnd"/>
      <w:r>
        <w:t xml:space="preserve"> </w:t>
      </w:r>
      <w:proofErr w:type="spellStart"/>
      <w:r>
        <w:t>aktu</w:t>
      </w:r>
      <w:proofErr w:type="spellEnd"/>
      <w:r>
        <w:t xml:space="preserve"> </w:t>
      </w:r>
      <w:proofErr w:type="spellStart"/>
      <w:r>
        <w:t>planowania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. </w:t>
      </w:r>
      <w:r w:rsidR="004C691A">
        <w:br/>
      </w:r>
      <w:r>
        <w:t xml:space="preserve">W </w:t>
      </w:r>
      <w:proofErr w:type="spellStart"/>
      <w:r>
        <w:t>odniesieniu</w:t>
      </w:r>
      <w:proofErr w:type="spellEnd"/>
      <w:r>
        <w:t xml:space="preserve"> do </w:t>
      </w:r>
      <w:proofErr w:type="spellStart"/>
      <w:r>
        <w:t>projektów</w:t>
      </w:r>
      <w:proofErr w:type="spellEnd"/>
      <w:r>
        <w:t xml:space="preserve"> </w:t>
      </w:r>
      <w:proofErr w:type="spellStart"/>
      <w:r>
        <w:t>wymienionych</w:t>
      </w:r>
      <w:proofErr w:type="spellEnd"/>
      <w:r>
        <w:t xml:space="preserve"> w pkt 1 </w:t>
      </w:r>
      <w:proofErr w:type="spellStart"/>
      <w:r>
        <w:t>uwagi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dotyczyć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prognoz</w:t>
      </w:r>
      <w:proofErr w:type="spellEnd"/>
      <w:r>
        <w:t xml:space="preserve"> </w:t>
      </w:r>
      <w:proofErr w:type="spellStart"/>
      <w:r>
        <w:t>oddziaływania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lastRenderedPageBreak/>
        <w:t>środowisko</w:t>
      </w:r>
      <w:proofErr w:type="spellEnd"/>
      <w:r>
        <w:t xml:space="preserve">. </w:t>
      </w:r>
      <w:proofErr w:type="spellStart"/>
      <w:r>
        <w:t>Wzór</w:t>
      </w:r>
      <w:proofErr w:type="spellEnd"/>
      <w:r>
        <w:t xml:space="preserve"> </w:t>
      </w:r>
      <w:proofErr w:type="spellStart"/>
      <w:r>
        <w:t>formularza</w:t>
      </w:r>
      <w:proofErr w:type="spellEnd"/>
      <w:r>
        <w:t xml:space="preserve"> jest </w:t>
      </w:r>
      <w:proofErr w:type="spellStart"/>
      <w:r>
        <w:t>dostępny</w:t>
      </w:r>
      <w:proofErr w:type="spellEnd"/>
      <w:r>
        <w:t xml:space="preserve"> w </w:t>
      </w:r>
      <w:proofErr w:type="spellStart"/>
      <w:r>
        <w:t>Biuletynie</w:t>
      </w:r>
      <w:proofErr w:type="spellEnd"/>
      <w:r>
        <w:t xml:space="preserve"> </w:t>
      </w:r>
      <w:proofErr w:type="spellStart"/>
      <w:r>
        <w:t>Informacji</w:t>
      </w:r>
      <w:proofErr w:type="spellEnd"/>
      <w:r>
        <w:t xml:space="preserve"> </w:t>
      </w:r>
      <w:proofErr w:type="spellStart"/>
      <w:r>
        <w:t>Publicznej</w:t>
      </w:r>
      <w:proofErr w:type="spellEnd"/>
      <w:r>
        <w:t xml:space="preserve">, w ww. </w:t>
      </w:r>
      <w:proofErr w:type="spellStart"/>
      <w:r>
        <w:t>zakładce</w:t>
      </w:r>
      <w:proofErr w:type="spellEnd"/>
      <w:r>
        <w:t xml:space="preserve"> „SYSTEM INFORMACJI PRZESTRZENNEJ / PLANOWANIE PRZESTRZENNE”, </w:t>
      </w:r>
      <w:proofErr w:type="spellStart"/>
      <w:r>
        <w:t>oraz</w:t>
      </w:r>
      <w:proofErr w:type="spellEnd"/>
      <w:r>
        <w:t xml:space="preserve"> w </w:t>
      </w:r>
      <w:proofErr w:type="spellStart"/>
      <w:r>
        <w:t>Wydziale</w:t>
      </w:r>
      <w:proofErr w:type="spellEnd"/>
      <w:r>
        <w:t xml:space="preserve"> </w:t>
      </w:r>
      <w:proofErr w:type="spellStart"/>
      <w:r>
        <w:t>Urbanistyki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Architektury</w:t>
      </w:r>
      <w:proofErr w:type="spellEnd"/>
      <w:r>
        <w:t xml:space="preserve"> </w:t>
      </w:r>
      <w:proofErr w:type="spellStart"/>
      <w:r>
        <w:t>Urzędu</w:t>
      </w:r>
      <w:proofErr w:type="spellEnd"/>
      <w:r>
        <w:t xml:space="preserve"> </w:t>
      </w:r>
      <w:proofErr w:type="spellStart"/>
      <w:r>
        <w:t>Miejskiego</w:t>
      </w:r>
      <w:proofErr w:type="spellEnd"/>
      <w:r>
        <w:t xml:space="preserve"> w Czechowicach-Dziedzicach.</w:t>
      </w:r>
    </w:p>
    <w:p w14:paraId="0151B97B" w14:textId="7568DBEF" w:rsidR="006964DC" w:rsidRDefault="006964DC" w:rsidP="006964DC">
      <w:pPr>
        <w:spacing w:after="0" w:line="240" w:lineRule="auto"/>
        <w:jc w:val="both"/>
      </w:pPr>
      <w:proofErr w:type="spellStart"/>
      <w:r>
        <w:t>Składający</w:t>
      </w:r>
      <w:proofErr w:type="spellEnd"/>
      <w:r>
        <w:t xml:space="preserve"> </w:t>
      </w:r>
      <w:proofErr w:type="spellStart"/>
      <w:r>
        <w:t>uwagę</w:t>
      </w:r>
      <w:proofErr w:type="spellEnd"/>
      <w:r>
        <w:t xml:space="preserve"> </w:t>
      </w:r>
      <w:proofErr w:type="spellStart"/>
      <w:r>
        <w:t>podaje</w:t>
      </w:r>
      <w:proofErr w:type="spellEnd"/>
      <w:r>
        <w:t xml:space="preserve"> </w:t>
      </w:r>
      <w:proofErr w:type="spellStart"/>
      <w:r>
        <w:t>imię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nazwisko</w:t>
      </w:r>
      <w:proofErr w:type="spellEnd"/>
      <w:r>
        <w:t xml:space="preserve"> </w:t>
      </w:r>
      <w:proofErr w:type="spellStart"/>
      <w:r>
        <w:t>albo</w:t>
      </w:r>
      <w:proofErr w:type="spellEnd"/>
      <w:r>
        <w:t xml:space="preserve"> </w:t>
      </w:r>
      <w:proofErr w:type="spellStart"/>
      <w:r>
        <w:t>nazwę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adres</w:t>
      </w:r>
      <w:proofErr w:type="spellEnd"/>
      <w:r>
        <w:t xml:space="preserve"> </w:t>
      </w:r>
      <w:proofErr w:type="spellStart"/>
      <w:r>
        <w:t>zamieszkania</w:t>
      </w:r>
      <w:proofErr w:type="spellEnd"/>
      <w:r>
        <w:t xml:space="preserve"> </w:t>
      </w:r>
      <w:proofErr w:type="spellStart"/>
      <w:r>
        <w:t>albo</w:t>
      </w:r>
      <w:proofErr w:type="spellEnd"/>
      <w:r>
        <w:t xml:space="preserve"> </w:t>
      </w:r>
      <w:proofErr w:type="spellStart"/>
      <w:r>
        <w:t>siedziby</w:t>
      </w:r>
      <w:proofErr w:type="spellEnd"/>
      <w:r>
        <w:t xml:space="preserve">, </w:t>
      </w:r>
      <w:proofErr w:type="spellStart"/>
      <w:r>
        <w:t>adres</w:t>
      </w:r>
      <w:proofErr w:type="spellEnd"/>
      <w:r>
        <w:t xml:space="preserve"> </w:t>
      </w:r>
      <w:proofErr w:type="spellStart"/>
      <w:r>
        <w:t>poczty</w:t>
      </w:r>
      <w:proofErr w:type="spellEnd"/>
      <w:r>
        <w:t xml:space="preserve"> </w:t>
      </w:r>
      <w:proofErr w:type="spellStart"/>
      <w:r>
        <w:t>elektronicznej</w:t>
      </w:r>
      <w:proofErr w:type="spellEnd"/>
      <w:r>
        <w:t xml:space="preserve">, o </w:t>
      </w:r>
      <w:proofErr w:type="spellStart"/>
      <w:r>
        <w:t>ile</w:t>
      </w:r>
      <w:proofErr w:type="spellEnd"/>
      <w:r>
        <w:t xml:space="preserve"> </w:t>
      </w:r>
      <w:proofErr w:type="spellStart"/>
      <w:r>
        <w:t>taki</w:t>
      </w:r>
      <w:proofErr w:type="spellEnd"/>
      <w:r>
        <w:t xml:space="preserve"> </w:t>
      </w:r>
      <w:proofErr w:type="spellStart"/>
      <w:r>
        <w:t>posiada</w:t>
      </w:r>
      <w:proofErr w:type="spellEnd"/>
      <w:r>
        <w:t xml:space="preserve">, a </w:t>
      </w:r>
      <w:proofErr w:type="spellStart"/>
      <w:r>
        <w:t>także</w:t>
      </w:r>
      <w:proofErr w:type="spellEnd"/>
      <w:r>
        <w:t xml:space="preserve"> </w:t>
      </w:r>
      <w:proofErr w:type="spellStart"/>
      <w:r>
        <w:t>wskazuje</w:t>
      </w:r>
      <w:proofErr w:type="spellEnd"/>
      <w:r>
        <w:t xml:space="preserve">, </w:t>
      </w:r>
      <w:proofErr w:type="spellStart"/>
      <w:r>
        <w:t>czy</w:t>
      </w:r>
      <w:proofErr w:type="spellEnd"/>
      <w:r>
        <w:t xml:space="preserve"> jest </w:t>
      </w:r>
      <w:proofErr w:type="spellStart"/>
      <w:r>
        <w:t>właścicielem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użytkownikiem</w:t>
      </w:r>
      <w:proofErr w:type="spellEnd"/>
      <w:r>
        <w:t xml:space="preserve"> </w:t>
      </w:r>
      <w:proofErr w:type="spellStart"/>
      <w:r>
        <w:t>wieczystym</w:t>
      </w:r>
      <w:proofErr w:type="spellEnd"/>
      <w:r>
        <w:t xml:space="preserve"> </w:t>
      </w:r>
      <w:proofErr w:type="spellStart"/>
      <w:r>
        <w:t>nieruchomości</w:t>
      </w:r>
      <w:proofErr w:type="spellEnd"/>
      <w:r>
        <w:t xml:space="preserve"> </w:t>
      </w:r>
      <w:proofErr w:type="spellStart"/>
      <w:r>
        <w:t>objętej</w:t>
      </w:r>
      <w:proofErr w:type="spellEnd"/>
      <w:r>
        <w:t xml:space="preserve"> </w:t>
      </w:r>
      <w:proofErr w:type="spellStart"/>
      <w:r>
        <w:t>uwagą</w:t>
      </w:r>
      <w:proofErr w:type="spellEnd"/>
      <w:r>
        <w:t xml:space="preserve">;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podać</w:t>
      </w:r>
      <w:proofErr w:type="spellEnd"/>
      <w:r>
        <w:t xml:space="preserve"> </w:t>
      </w:r>
      <w:proofErr w:type="spellStart"/>
      <w:r>
        <w:t>dodatkowe</w:t>
      </w:r>
      <w:proofErr w:type="spellEnd"/>
      <w:r>
        <w:t xml:space="preserve"> </w:t>
      </w:r>
      <w:proofErr w:type="spellStart"/>
      <w:r>
        <w:t>dane</w:t>
      </w:r>
      <w:proofErr w:type="spellEnd"/>
      <w:r>
        <w:t xml:space="preserve"> do </w:t>
      </w:r>
      <w:proofErr w:type="spellStart"/>
      <w:r>
        <w:t>kontaktu</w:t>
      </w:r>
      <w:proofErr w:type="spellEnd"/>
      <w:r>
        <w:t xml:space="preserve">, </w:t>
      </w:r>
      <w:proofErr w:type="spellStart"/>
      <w:r>
        <w:t>takie</w:t>
      </w:r>
      <w:proofErr w:type="spellEnd"/>
      <w:r>
        <w:t xml:space="preserve"> jak </w:t>
      </w:r>
      <w:proofErr w:type="spellStart"/>
      <w:r>
        <w:t>adres</w:t>
      </w:r>
      <w:proofErr w:type="spellEnd"/>
      <w:r>
        <w:t xml:space="preserve"> do </w:t>
      </w:r>
      <w:proofErr w:type="spellStart"/>
      <w:r>
        <w:t>korespondencji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numer</w:t>
      </w:r>
      <w:proofErr w:type="spellEnd"/>
      <w:r>
        <w:t xml:space="preserve"> </w:t>
      </w:r>
      <w:proofErr w:type="spellStart"/>
      <w:r>
        <w:t>telefonu</w:t>
      </w:r>
      <w:proofErr w:type="spellEnd"/>
      <w:r>
        <w:t>.</w:t>
      </w:r>
    </w:p>
    <w:p w14:paraId="27DD4607" w14:textId="7888A268" w:rsidR="006964DC" w:rsidRPr="004C691A" w:rsidRDefault="004C691A" w:rsidP="004C691A">
      <w:pPr>
        <w:spacing w:after="0" w:line="264" w:lineRule="auto"/>
        <w:ind w:left="-6" w:hanging="11"/>
        <w:jc w:val="both"/>
      </w:pPr>
      <w:r>
        <w:t xml:space="preserve">Liczy </w:t>
      </w:r>
      <w:proofErr w:type="spellStart"/>
      <w:r>
        <w:t>się</w:t>
      </w:r>
      <w:proofErr w:type="spellEnd"/>
      <w:r>
        <w:t xml:space="preserve"> data </w:t>
      </w:r>
      <w:proofErr w:type="spellStart"/>
      <w:r>
        <w:t>wpływu</w:t>
      </w:r>
      <w:proofErr w:type="spellEnd"/>
      <w:r>
        <w:t xml:space="preserve"> do tut. </w:t>
      </w:r>
      <w:proofErr w:type="spellStart"/>
      <w:r>
        <w:t>Urzędu</w:t>
      </w:r>
      <w:proofErr w:type="spellEnd"/>
      <w:r>
        <w:t xml:space="preserve">, a </w:t>
      </w:r>
      <w:proofErr w:type="spellStart"/>
      <w:r>
        <w:t>uwagi</w:t>
      </w:r>
      <w:proofErr w:type="spellEnd"/>
      <w:r>
        <w:t xml:space="preserve"> </w:t>
      </w:r>
      <w:proofErr w:type="spellStart"/>
      <w:r>
        <w:t>niespełniające</w:t>
      </w:r>
      <w:proofErr w:type="spellEnd"/>
      <w:r>
        <w:t xml:space="preserve"> </w:t>
      </w:r>
      <w:proofErr w:type="spellStart"/>
      <w:r>
        <w:t>powyżej</w:t>
      </w:r>
      <w:proofErr w:type="spellEnd"/>
      <w:r>
        <w:t xml:space="preserve"> </w:t>
      </w:r>
      <w:proofErr w:type="spellStart"/>
      <w:r>
        <w:t>wskazanych</w:t>
      </w:r>
      <w:proofErr w:type="spellEnd"/>
      <w:r>
        <w:t xml:space="preserve"> </w:t>
      </w:r>
      <w:proofErr w:type="spellStart"/>
      <w:r>
        <w:t>warunków</w:t>
      </w:r>
      <w:proofErr w:type="spellEnd"/>
      <w:r>
        <w:t xml:space="preserve"> </w:t>
      </w:r>
      <w:proofErr w:type="spellStart"/>
      <w:r>
        <w:t>pozostawi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bez </w:t>
      </w:r>
      <w:proofErr w:type="spellStart"/>
      <w:r>
        <w:t>rozpoznania</w:t>
      </w:r>
      <w:proofErr w:type="spellEnd"/>
      <w:r>
        <w:t>.</w:t>
      </w:r>
    </w:p>
    <w:p w14:paraId="12C08A50" w14:textId="7F86EC3C" w:rsidR="006964DC" w:rsidRDefault="006964DC" w:rsidP="006964DC">
      <w:pPr>
        <w:spacing w:after="0" w:line="240" w:lineRule="auto"/>
        <w:ind w:left="-6" w:hanging="11"/>
        <w:jc w:val="both"/>
      </w:pPr>
      <w:proofErr w:type="spellStart"/>
      <w:r>
        <w:t>Organem</w:t>
      </w:r>
      <w:proofErr w:type="spellEnd"/>
      <w:r>
        <w:t xml:space="preserve"> </w:t>
      </w:r>
      <w:proofErr w:type="spellStart"/>
      <w:r>
        <w:t>właściwym</w:t>
      </w:r>
      <w:proofErr w:type="spellEnd"/>
      <w:r>
        <w:t xml:space="preserve"> do </w:t>
      </w:r>
      <w:proofErr w:type="spellStart"/>
      <w:r>
        <w:t>rozpatrzenia</w:t>
      </w:r>
      <w:proofErr w:type="spellEnd"/>
      <w:r>
        <w:t xml:space="preserve"> </w:t>
      </w:r>
      <w:proofErr w:type="spellStart"/>
      <w:r>
        <w:t>uwag</w:t>
      </w:r>
      <w:proofErr w:type="spellEnd"/>
      <w:r>
        <w:t xml:space="preserve"> jest Burmistrz </w:t>
      </w:r>
      <w:proofErr w:type="spellStart"/>
      <w:r>
        <w:t>Czechowic</w:t>
      </w:r>
      <w:proofErr w:type="spellEnd"/>
      <w:r>
        <w:t>-Dziedzic.</w:t>
      </w:r>
    </w:p>
    <w:p w14:paraId="7621BD71" w14:textId="77777777" w:rsidR="006964DC" w:rsidRPr="004C691A" w:rsidRDefault="006964DC" w:rsidP="006964DC">
      <w:pPr>
        <w:spacing w:after="0" w:line="240" w:lineRule="auto"/>
        <w:ind w:left="-6" w:hanging="11"/>
        <w:jc w:val="both"/>
        <w:rPr>
          <w:sz w:val="8"/>
          <w:szCs w:val="8"/>
        </w:rPr>
      </w:pPr>
    </w:p>
    <w:p w14:paraId="6AB182C6" w14:textId="660EC336" w:rsidR="007C1A22" w:rsidRDefault="006964DC" w:rsidP="006964DC">
      <w:pPr>
        <w:spacing w:after="0" w:line="240" w:lineRule="auto"/>
      </w:pPr>
      <w:proofErr w:type="spellStart"/>
      <w:r>
        <w:rPr>
          <w:b/>
        </w:rPr>
        <w:t>Uwagi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można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składać</w:t>
      </w:r>
      <w:proofErr w:type="spellEnd"/>
      <w:r>
        <w:rPr>
          <w:b/>
        </w:rPr>
        <w:t>:</w:t>
      </w:r>
    </w:p>
    <w:p w14:paraId="36F2E7DB" w14:textId="77777777" w:rsidR="007C1A22" w:rsidRDefault="006964DC" w:rsidP="006964DC">
      <w:pPr>
        <w:spacing w:after="0" w:line="240" w:lineRule="auto"/>
        <w:ind w:left="227" w:hanging="142"/>
        <w:jc w:val="both"/>
      </w:pPr>
      <w:r>
        <w:t xml:space="preserve">1) w </w:t>
      </w:r>
      <w:proofErr w:type="spellStart"/>
      <w:r>
        <w:t>formie</w:t>
      </w:r>
      <w:proofErr w:type="spellEnd"/>
      <w:r>
        <w:t xml:space="preserve"> </w:t>
      </w:r>
      <w:proofErr w:type="spellStart"/>
      <w:r>
        <w:t>papierowej</w:t>
      </w:r>
      <w:proofErr w:type="spellEnd"/>
      <w:r>
        <w:t xml:space="preserve"> – </w:t>
      </w:r>
      <w:proofErr w:type="spellStart"/>
      <w:r>
        <w:t>osobiście</w:t>
      </w:r>
      <w:proofErr w:type="spellEnd"/>
      <w:r>
        <w:t xml:space="preserve"> w </w:t>
      </w:r>
      <w:proofErr w:type="spellStart"/>
      <w:r>
        <w:t>siedzibie</w:t>
      </w:r>
      <w:proofErr w:type="spellEnd"/>
      <w:r>
        <w:t xml:space="preserve"> </w:t>
      </w:r>
      <w:proofErr w:type="spellStart"/>
      <w:r>
        <w:t>Urzędu</w:t>
      </w:r>
      <w:proofErr w:type="spellEnd"/>
      <w:r>
        <w:t xml:space="preserve"> </w:t>
      </w:r>
      <w:proofErr w:type="spellStart"/>
      <w:r>
        <w:t>Miejskiego</w:t>
      </w:r>
      <w:proofErr w:type="spellEnd"/>
      <w:r>
        <w:t xml:space="preserve"> w Czechowicach-Dziedzicach </w:t>
      </w:r>
      <w:proofErr w:type="spellStart"/>
      <w:r>
        <w:t>lub</w:t>
      </w:r>
      <w:proofErr w:type="spellEnd"/>
      <w:r>
        <w:t xml:space="preserve"> </w:t>
      </w:r>
      <w:proofErr w:type="spellStart"/>
      <w:r>
        <w:t>listownie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</w:t>
      </w:r>
      <w:proofErr w:type="spellEnd"/>
      <w:r>
        <w:t xml:space="preserve">: Urząd Miejski w Czechowicach-Dziedzicach, </w:t>
      </w:r>
      <w:proofErr w:type="spellStart"/>
      <w:r>
        <w:t>Plac</w:t>
      </w:r>
      <w:proofErr w:type="spellEnd"/>
      <w:r>
        <w:t xml:space="preserve"> Jana </w:t>
      </w:r>
      <w:proofErr w:type="spellStart"/>
      <w:r>
        <w:t>Pawła</w:t>
      </w:r>
      <w:proofErr w:type="spellEnd"/>
      <w:r>
        <w:t xml:space="preserve"> II 1, 43-502 </w:t>
      </w:r>
      <w:proofErr w:type="spellStart"/>
      <w:r>
        <w:t>Czechowice-Dziedzice</w:t>
      </w:r>
      <w:proofErr w:type="spellEnd"/>
      <w:r>
        <w:t>;</w:t>
      </w:r>
    </w:p>
    <w:p w14:paraId="1FB5950D" w14:textId="77777777" w:rsidR="007C1A22" w:rsidRDefault="006964DC" w:rsidP="006964DC">
      <w:pPr>
        <w:spacing w:after="0" w:line="240" w:lineRule="auto"/>
        <w:ind w:left="227" w:hanging="142"/>
        <w:jc w:val="both"/>
      </w:pPr>
      <w:r>
        <w:t xml:space="preserve">2) w </w:t>
      </w:r>
      <w:proofErr w:type="spellStart"/>
      <w:r>
        <w:t>formie</w:t>
      </w:r>
      <w:proofErr w:type="spellEnd"/>
      <w:r>
        <w:t xml:space="preserve"> </w:t>
      </w:r>
      <w:proofErr w:type="spellStart"/>
      <w:r>
        <w:t>elektronicznej</w:t>
      </w:r>
      <w:proofErr w:type="spellEnd"/>
      <w:r>
        <w:t xml:space="preserve"> - </w:t>
      </w:r>
      <w:proofErr w:type="spellStart"/>
      <w:r>
        <w:t>pocztą</w:t>
      </w:r>
      <w:proofErr w:type="spellEnd"/>
      <w:r>
        <w:t xml:space="preserve"> </w:t>
      </w:r>
      <w:proofErr w:type="spellStart"/>
      <w:r>
        <w:t>elektroniczną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</w:t>
      </w:r>
      <w:proofErr w:type="spellEnd"/>
      <w:r>
        <w:t xml:space="preserve">: um@um.czechowice-dziedzice.pl,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</w:t>
      </w:r>
      <w:proofErr w:type="spellEnd"/>
      <w:r>
        <w:t xml:space="preserve"> do </w:t>
      </w:r>
      <w:proofErr w:type="spellStart"/>
      <w:r>
        <w:t>doręczeń</w:t>
      </w:r>
      <w:proofErr w:type="spellEnd"/>
      <w:r>
        <w:t xml:space="preserve"> </w:t>
      </w:r>
      <w:proofErr w:type="spellStart"/>
      <w:r>
        <w:t>elektronicznych</w:t>
      </w:r>
      <w:proofErr w:type="spellEnd"/>
      <w:r>
        <w:t xml:space="preserve">: AE:PL-16590-43176-SSCJJ-30 </w:t>
      </w:r>
      <w:proofErr w:type="spellStart"/>
      <w:r>
        <w:t>lub</w:t>
      </w:r>
      <w:proofErr w:type="spellEnd"/>
      <w:r>
        <w:t xml:space="preserve"> za </w:t>
      </w:r>
      <w:proofErr w:type="spellStart"/>
      <w:r>
        <w:t>pośrednictwem</w:t>
      </w:r>
      <w:proofErr w:type="spellEnd"/>
      <w:r>
        <w:t xml:space="preserve"> platformy </w:t>
      </w:r>
      <w:proofErr w:type="spellStart"/>
      <w:r>
        <w:t>ePUAP</w:t>
      </w:r>
      <w:proofErr w:type="spellEnd"/>
      <w:r>
        <w:t>: /</w:t>
      </w:r>
      <w:proofErr w:type="spellStart"/>
      <w:r>
        <w:t>umczdz</w:t>
      </w:r>
      <w:proofErr w:type="spellEnd"/>
      <w:r>
        <w:t>/</w:t>
      </w:r>
      <w:proofErr w:type="spellStart"/>
      <w:r>
        <w:t>sekap</w:t>
      </w:r>
      <w:proofErr w:type="spellEnd"/>
      <w:r>
        <w:t>;</w:t>
      </w:r>
    </w:p>
    <w:p w14:paraId="2AA49B82" w14:textId="3C3A4433" w:rsidR="00014CAD" w:rsidRPr="00014CAD" w:rsidRDefault="006964DC" w:rsidP="00014CAD">
      <w:pPr>
        <w:spacing w:after="0" w:line="240" w:lineRule="auto"/>
        <w:ind w:left="227" w:hanging="142"/>
        <w:jc w:val="both"/>
      </w:pPr>
      <w:r>
        <w:t xml:space="preserve">3) </w:t>
      </w:r>
      <w:proofErr w:type="spellStart"/>
      <w:r>
        <w:t>podczas</w:t>
      </w:r>
      <w:proofErr w:type="spellEnd"/>
      <w:r>
        <w:t xml:space="preserve"> </w:t>
      </w:r>
      <w:proofErr w:type="spellStart"/>
      <w:r>
        <w:t>spotkania</w:t>
      </w:r>
      <w:proofErr w:type="spellEnd"/>
      <w:r>
        <w:t xml:space="preserve"> </w:t>
      </w:r>
      <w:proofErr w:type="spellStart"/>
      <w:r>
        <w:t>otwartego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dyżuru</w:t>
      </w:r>
      <w:proofErr w:type="spellEnd"/>
      <w:r>
        <w:t xml:space="preserve"> </w:t>
      </w:r>
      <w:proofErr w:type="spellStart"/>
      <w:r>
        <w:t>projektanta</w:t>
      </w:r>
      <w:proofErr w:type="spellEnd"/>
      <w:r>
        <w:t xml:space="preserve"> – w </w:t>
      </w:r>
      <w:proofErr w:type="spellStart"/>
      <w:r>
        <w:t>formie</w:t>
      </w:r>
      <w:proofErr w:type="spellEnd"/>
      <w:r>
        <w:t xml:space="preserve"> </w:t>
      </w:r>
      <w:proofErr w:type="spellStart"/>
      <w:r>
        <w:t>papierowej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formularzu</w:t>
      </w:r>
      <w:proofErr w:type="spellEnd"/>
      <w:r>
        <w:t xml:space="preserve"> </w:t>
      </w:r>
      <w:proofErr w:type="spellStart"/>
      <w:r>
        <w:t>pisma</w:t>
      </w:r>
      <w:proofErr w:type="spellEnd"/>
      <w:r>
        <w:t xml:space="preserve"> </w:t>
      </w:r>
      <w:proofErr w:type="spellStart"/>
      <w:r>
        <w:t>dotyczącego</w:t>
      </w:r>
      <w:proofErr w:type="spellEnd"/>
      <w:r>
        <w:t xml:space="preserve"> </w:t>
      </w:r>
      <w:proofErr w:type="spellStart"/>
      <w:r>
        <w:t>aktu</w:t>
      </w:r>
      <w:proofErr w:type="spellEnd"/>
      <w:r>
        <w:t xml:space="preserve"> </w:t>
      </w:r>
      <w:proofErr w:type="spellStart"/>
      <w:r>
        <w:t>planowania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>.</w:t>
      </w:r>
    </w:p>
    <w:p w14:paraId="3E977EEE" w14:textId="504CBABC" w:rsidR="007C1A22" w:rsidRDefault="006964DC" w:rsidP="006964DC">
      <w:pPr>
        <w:spacing w:after="0" w:line="240" w:lineRule="auto"/>
        <w:jc w:val="center"/>
      </w:pPr>
      <w:r>
        <w:rPr>
          <w:b/>
          <w:sz w:val="22"/>
        </w:rPr>
        <w:t>SPOTKANIE OTWARTE</w:t>
      </w:r>
    </w:p>
    <w:p w14:paraId="54ED37F1" w14:textId="718F7BEF" w:rsidR="007C1A22" w:rsidRDefault="006964DC" w:rsidP="006964DC">
      <w:pPr>
        <w:spacing w:after="0" w:line="240" w:lineRule="auto"/>
        <w:jc w:val="center"/>
      </w:pPr>
      <w:r>
        <w:rPr>
          <w:b/>
        </w:rPr>
        <w:t xml:space="preserve">8 </w:t>
      </w:r>
      <w:proofErr w:type="spellStart"/>
      <w:r>
        <w:rPr>
          <w:b/>
        </w:rPr>
        <w:t>września</w:t>
      </w:r>
      <w:proofErr w:type="spellEnd"/>
      <w:r>
        <w:rPr>
          <w:b/>
        </w:rPr>
        <w:t xml:space="preserve"> 2026 r. (</w:t>
      </w:r>
      <w:proofErr w:type="spellStart"/>
      <w:r>
        <w:rPr>
          <w:b/>
        </w:rPr>
        <w:t>wtorek</w:t>
      </w:r>
      <w:proofErr w:type="spellEnd"/>
      <w:r>
        <w:rPr>
          <w:b/>
        </w:rPr>
        <w:t xml:space="preserve">), w </w:t>
      </w:r>
      <w:proofErr w:type="spellStart"/>
      <w:r>
        <w:rPr>
          <w:b/>
        </w:rPr>
        <w:t>godz</w:t>
      </w:r>
      <w:proofErr w:type="spellEnd"/>
      <w:r>
        <w:rPr>
          <w:b/>
        </w:rPr>
        <w:t>. 15:30–1</w:t>
      </w:r>
      <w:r w:rsidR="004675DD">
        <w:rPr>
          <w:b/>
        </w:rPr>
        <w:t>7</w:t>
      </w:r>
      <w:r>
        <w:rPr>
          <w:b/>
        </w:rPr>
        <w:t>:</w:t>
      </w:r>
      <w:r w:rsidR="004675DD">
        <w:rPr>
          <w:b/>
        </w:rPr>
        <w:t>0</w:t>
      </w:r>
      <w:r>
        <w:rPr>
          <w:b/>
        </w:rPr>
        <w:t>0</w:t>
      </w:r>
      <w:r>
        <w:rPr>
          <w:b/>
        </w:rPr>
        <w:br/>
        <w:t xml:space="preserve">Urząd Miejski w Czechowicach-Dziedzicach, </w:t>
      </w:r>
      <w:proofErr w:type="spellStart"/>
      <w:r>
        <w:rPr>
          <w:b/>
        </w:rPr>
        <w:t>Plac</w:t>
      </w:r>
      <w:proofErr w:type="spellEnd"/>
      <w:r>
        <w:rPr>
          <w:b/>
        </w:rPr>
        <w:t xml:space="preserve"> Jana </w:t>
      </w:r>
      <w:proofErr w:type="spellStart"/>
      <w:r>
        <w:rPr>
          <w:b/>
        </w:rPr>
        <w:t>Pawła</w:t>
      </w:r>
      <w:proofErr w:type="spellEnd"/>
      <w:r>
        <w:rPr>
          <w:b/>
        </w:rPr>
        <w:t xml:space="preserve"> II 1, sala nr 305</w:t>
      </w:r>
    </w:p>
    <w:p w14:paraId="2B87FD55" w14:textId="3CFD0644" w:rsidR="007C1A22" w:rsidRDefault="006964DC" w:rsidP="006964DC">
      <w:pPr>
        <w:spacing w:after="0" w:line="240" w:lineRule="auto"/>
        <w:jc w:val="both"/>
      </w:pPr>
      <w:proofErr w:type="spellStart"/>
      <w:r>
        <w:t>Spotkanie</w:t>
      </w:r>
      <w:proofErr w:type="spellEnd"/>
      <w:r>
        <w:t xml:space="preserve"> </w:t>
      </w:r>
      <w:proofErr w:type="spellStart"/>
      <w:r>
        <w:t>otwarte</w:t>
      </w:r>
      <w:proofErr w:type="spellEnd"/>
      <w:r>
        <w:t xml:space="preserve"> </w:t>
      </w:r>
      <w:proofErr w:type="spellStart"/>
      <w:r>
        <w:t>rozpocznie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prezentacją</w:t>
      </w:r>
      <w:proofErr w:type="spellEnd"/>
      <w:r>
        <w:t xml:space="preserve"> </w:t>
      </w:r>
      <w:proofErr w:type="spellStart"/>
      <w:r>
        <w:t>s</w:t>
      </w:r>
      <w:r w:rsidR="007620BD">
        <w:t>iedmiu</w:t>
      </w:r>
      <w:proofErr w:type="spellEnd"/>
      <w:r>
        <w:t xml:space="preserve"> </w:t>
      </w:r>
      <w:proofErr w:type="spellStart"/>
      <w:r>
        <w:t>projektów</w:t>
      </w:r>
      <w:proofErr w:type="spellEnd"/>
      <w:r>
        <w:t xml:space="preserve"> </w:t>
      </w:r>
      <w:proofErr w:type="spellStart"/>
      <w:r>
        <w:t>miejscowych</w:t>
      </w:r>
      <w:proofErr w:type="spellEnd"/>
      <w:r>
        <w:t xml:space="preserve"> </w:t>
      </w:r>
      <w:proofErr w:type="spellStart"/>
      <w:r>
        <w:t>planów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</w:t>
      </w:r>
      <w:proofErr w:type="spellStart"/>
      <w:r>
        <w:t>objętych</w:t>
      </w:r>
      <w:proofErr w:type="spellEnd"/>
      <w:r>
        <w:t xml:space="preserve"> </w:t>
      </w:r>
      <w:proofErr w:type="spellStart"/>
      <w:r>
        <w:t>konsultacjami</w:t>
      </w:r>
      <w:proofErr w:type="spellEnd"/>
      <w:r>
        <w:t xml:space="preserve"> </w:t>
      </w:r>
      <w:proofErr w:type="spellStart"/>
      <w:r>
        <w:t>społecznymi</w:t>
      </w:r>
      <w:proofErr w:type="spellEnd"/>
      <w:r>
        <w:t xml:space="preserve">. Po </w:t>
      </w:r>
      <w:proofErr w:type="spellStart"/>
      <w:r>
        <w:t>prezentacji</w:t>
      </w:r>
      <w:proofErr w:type="spellEnd"/>
      <w:r>
        <w:t xml:space="preserve"> </w:t>
      </w:r>
      <w:proofErr w:type="spellStart"/>
      <w:r>
        <w:t>uczestnicy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mogli</w:t>
      </w:r>
      <w:proofErr w:type="spellEnd"/>
      <w:r>
        <w:t xml:space="preserve"> </w:t>
      </w:r>
      <w:proofErr w:type="spellStart"/>
      <w:r>
        <w:t>wypowiadać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temat</w:t>
      </w:r>
      <w:proofErr w:type="spellEnd"/>
      <w:r>
        <w:t xml:space="preserve"> </w:t>
      </w:r>
      <w:proofErr w:type="spellStart"/>
      <w:r>
        <w:t>przedstawionych</w:t>
      </w:r>
      <w:proofErr w:type="spellEnd"/>
      <w:r>
        <w:t xml:space="preserve"> </w:t>
      </w:r>
      <w:proofErr w:type="spellStart"/>
      <w:r>
        <w:t>rozwiązań</w:t>
      </w:r>
      <w:proofErr w:type="spellEnd"/>
      <w:r>
        <w:t xml:space="preserve">, </w:t>
      </w:r>
      <w:proofErr w:type="spellStart"/>
      <w:r>
        <w:t>zadawać</w:t>
      </w:r>
      <w:proofErr w:type="spellEnd"/>
      <w:r>
        <w:t xml:space="preserve"> </w:t>
      </w:r>
      <w:proofErr w:type="spellStart"/>
      <w:r>
        <w:t>pytania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zgłaszać</w:t>
      </w:r>
      <w:proofErr w:type="spellEnd"/>
      <w:r>
        <w:t xml:space="preserve"> </w:t>
      </w:r>
      <w:proofErr w:type="spellStart"/>
      <w:r>
        <w:t>uwagi</w:t>
      </w:r>
      <w:proofErr w:type="spellEnd"/>
      <w:r>
        <w:t xml:space="preserve"> do </w:t>
      </w:r>
      <w:proofErr w:type="spellStart"/>
      <w:r>
        <w:t>poszczególnych</w:t>
      </w:r>
      <w:proofErr w:type="spellEnd"/>
      <w:r>
        <w:t xml:space="preserve"> </w:t>
      </w:r>
      <w:proofErr w:type="spellStart"/>
      <w:r>
        <w:t>projektów</w:t>
      </w:r>
      <w:proofErr w:type="spellEnd"/>
      <w:r>
        <w:t xml:space="preserve"> </w:t>
      </w:r>
      <w:proofErr w:type="spellStart"/>
      <w:r>
        <w:t>planów</w:t>
      </w:r>
      <w:proofErr w:type="spellEnd"/>
      <w:r>
        <w:t>.</w:t>
      </w:r>
    </w:p>
    <w:p w14:paraId="69B3D052" w14:textId="77777777" w:rsidR="004C691A" w:rsidRPr="004C691A" w:rsidRDefault="004C691A" w:rsidP="006964DC">
      <w:pPr>
        <w:spacing w:after="0" w:line="240" w:lineRule="auto"/>
        <w:jc w:val="both"/>
        <w:rPr>
          <w:sz w:val="16"/>
          <w:szCs w:val="16"/>
        </w:rPr>
      </w:pPr>
    </w:p>
    <w:p w14:paraId="1B0E651F" w14:textId="77777777" w:rsidR="007C1A22" w:rsidRDefault="006964DC" w:rsidP="006964DC">
      <w:pPr>
        <w:spacing w:after="0" w:line="240" w:lineRule="auto"/>
        <w:jc w:val="center"/>
      </w:pPr>
      <w:r>
        <w:rPr>
          <w:b/>
          <w:sz w:val="22"/>
        </w:rPr>
        <w:t>DYŻUR PROJEKTANTA</w:t>
      </w:r>
    </w:p>
    <w:p w14:paraId="124A156E" w14:textId="20A7C2D4" w:rsidR="007C1A22" w:rsidRDefault="006964DC" w:rsidP="006964DC">
      <w:pPr>
        <w:spacing w:after="0" w:line="240" w:lineRule="auto"/>
        <w:jc w:val="center"/>
      </w:pPr>
      <w:r>
        <w:rPr>
          <w:b/>
        </w:rPr>
        <w:t xml:space="preserve">9 </w:t>
      </w:r>
      <w:proofErr w:type="spellStart"/>
      <w:r>
        <w:rPr>
          <w:b/>
        </w:rPr>
        <w:t>września</w:t>
      </w:r>
      <w:proofErr w:type="spellEnd"/>
      <w:r>
        <w:rPr>
          <w:b/>
        </w:rPr>
        <w:t xml:space="preserve"> 2026 r. (</w:t>
      </w:r>
      <w:proofErr w:type="spellStart"/>
      <w:r>
        <w:rPr>
          <w:b/>
        </w:rPr>
        <w:t>środa</w:t>
      </w:r>
      <w:proofErr w:type="spellEnd"/>
      <w:r>
        <w:rPr>
          <w:b/>
        </w:rPr>
        <w:t xml:space="preserve">), w </w:t>
      </w:r>
      <w:proofErr w:type="spellStart"/>
      <w:r>
        <w:rPr>
          <w:b/>
        </w:rPr>
        <w:t>godz</w:t>
      </w:r>
      <w:proofErr w:type="spellEnd"/>
      <w:r>
        <w:rPr>
          <w:b/>
        </w:rPr>
        <w:t>. 15:30–1</w:t>
      </w:r>
      <w:r w:rsidR="004675DD">
        <w:rPr>
          <w:b/>
        </w:rPr>
        <w:t>7</w:t>
      </w:r>
      <w:r>
        <w:rPr>
          <w:b/>
        </w:rPr>
        <w:t>:30</w:t>
      </w:r>
      <w:r>
        <w:rPr>
          <w:b/>
        </w:rPr>
        <w:br/>
        <w:t xml:space="preserve">Urząd Miejski w Czechowicach-Dziedzicach, </w:t>
      </w:r>
      <w:proofErr w:type="spellStart"/>
      <w:r>
        <w:rPr>
          <w:b/>
        </w:rPr>
        <w:t>Plac</w:t>
      </w:r>
      <w:proofErr w:type="spellEnd"/>
      <w:r>
        <w:rPr>
          <w:b/>
        </w:rPr>
        <w:t xml:space="preserve"> Jana </w:t>
      </w:r>
      <w:proofErr w:type="spellStart"/>
      <w:r>
        <w:rPr>
          <w:b/>
        </w:rPr>
        <w:t>Pawła</w:t>
      </w:r>
      <w:proofErr w:type="spellEnd"/>
      <w:r>
        <w:rPr>
          <w:b/>
        </w:rPr>
        <w:t xml:space="preserve"> II 1, sala nr 305</w:t>
      </w:r>
    </w:p>
    <w:p w14:paraId="55AA5576" w14:textId="77777777" w:rsidR="006964DC" w:rsidRDefault="006964DC" w:rsidP="006964DC">
      <w:pPr>
        <w:spacing w:after="20" w:line="240" w:lineRule="auto"/>
        <w:jc w:val="both"/>
      </w:pPr>
      <w:proofErr w:type="spellStart"/>
      <w:r>
        <w:t>Podczas</w:t>
      </w:r>
      <w:proofErr w:type="spellEnd"/>
      <w:r>
        <w:t xml:space="preserve"> </w:t>
      </w:r>
      <w:proofErr w:type="spellStart"/>
      <w:r>
        <w:t>dyżuru</w:t>
      </w:r>
      <w:proofErr w:type="spellEnd"/>
      <w:r>
        <w:t xml:space="preserve"> </w:t>
      </w:r>
      <w:proofErr w:type="spellStart"/>
      <w:r>
        <w:t>projektanta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możliwość</w:t>
      </w:r>
      <w:proofErr w:type="spellEnd"/>
      <w:r>
        <w:t xml:space="preserve"> </w:t>
      </w:r>
      <w:proofErr w:type="spellStart"/>
      <w:r>
        <w:t>uzyskania</w:t>
      </w:r>
      <w:proofErr w:type="spellEnd"/>
      <w:r>
        <w:t xml:space="preserve"> </w:t>
      </w:r>
      <w:proofErr w:type="spellStart"/>
      <w:r>
        <w:t>wyjaśnień</w:t>
      </w:r>
      <w:proofErr w:type="spellEnd"/>
      <w:r>
        <w:t xml:space="preserve"> </w:t>
      </w:r>
      <w:proofErr w:type="spellStart"/>
      <w:r>
        <w:t>dotyczących</w:t>
      </w:r>
      <w:proofErr w:type="spellEnd"/>
      <w:r>
        <w:t xml:space="preserve"> </w:t>
      </w:r>
      <w:proofErr w:type="spellStart"/>
      <w:r>
        <w:t>rozwiązań</w:t>
      </w:r>
      <w:proofErr w:type="spellEnd"/>
      <w:r>
        <w:t xml:space="preserve"> </w:t>
      </w:r>
      <w:proofErr w:type="spellStart"/>
      <w:r>
        <w:t>przyjętych</w:t>
      </w:r>
      <w:proofErr w:type="spellEnd"/>
      <w:r>
        <w:t xml:space="preserve"> w </w:t>
      </w:r>
      <w:proofErr w:type="spellStart"/>
      <w:r>
        <w:t>projektach</w:t>
      </w:r>
      <w:proofErr w:type="spellEnd"/>
      <w:r>
        <w:t xml:space="preserve"> </w:t>
      </w:r>
      <w:proofErr w:type="spellStart"/>
      <w:r>
        <w:t>planów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zgłaszania</w:t>
      </w:r>
      <w:proofErr w:type="spellEnd"/>
      <w:r>
        <w:t xml:space="preserve"> </w:t>
      </w:r>
      <w:proofErr w:type="spellStart"/>
      <w:r>
        <w:t>uwag</w:t>
      </w:r>
      <w:proofErr w:type="spellEnd"/>
      <w:r>
        <w:t xml:space="preserve"> do </w:t>
      </w:r>
      <w:proofErr w:type="spellStart"/>
      <w:r>
        <w:t>poszczególnych</w:t>
      </w:r>
      <w:proofErr w:type="spellEnd"/>
      <w:r>
        <w:t xml:space="preserve"> </w:t>
      </w:r>
      <w:proofErr w:type="spellStart"/>
      <w:r>
        <w:t>projektów</w:t>
      </w:r>
      <w:proofErr w:type="spellEnd"/>
      <w:r>
        <w:t>.</w:t>
      </w:r>
    </w:p>
    <w:p w14:paraId="218C873E" w14:textId="77777777" w:rsidR="004C691A" w:rsidRPr="004C691A" w:rsidRDefault="004C691A" w:rsidP="006964DC">
      <w:pPr>
        <w:spacing w:after="20" w:line="240" w:lineRule="auto"/>
        <w:jc w:val="both"/>
        <w:rPr>
          <w:sz w:val="12"/>
          <w:szCs w:val="12"/>
        </w:rPr>
      </w:pPr>
    </w:p>
    <w:p w14:paraId="3F24D528" w14:textId="324BD08D" w:rsidR="007C1A22" w:rsidRDefault="006964DC" w:rsidP="006964DC">
      <w:pPr>
        <w:spacing w:after="20" w:line="240" w:lineRule="auto"/>
        <w:jc w:val="both"/>
      </w:pPr>
      <w:proofErr w:type="spellStart"/>
      <w:r>
        <w:t>Rozpatrzenie</w:t>
      </w:r>
      <w:proofErr w:type="spellEnd"/>
      <w:r>
        <w:t xml:space="preserve"> </w:t>
      </w:r>
      <w:proofErr w:type="spellStart"/>
      <w:r>
        <w:t>uwag</w:t>
      </w:r>
      <w:proofErr w:type="spellEnd"/>
      <w:r>
        <w:t xml:space="preserve"> </w:t>
      </w:r>
      <w:proofErr w:type="spellStart"/>
      <w:r>
        <w:t>zostanie</w:t>
      </w:r>
      <w:proofErr w:type="spellEnd"/>
      <w:r>
        <w:t xml:space="preserve"> </w:t>
      </w:r>
      <w:proofErr w:type="spellStart"/>
      <w:r>
        <w:t>przedstawione</w:t>
      </w:r>
      <w:proofErr w:type="spellEnd"/>
      <w:r>
        <w:t xml:space="preserve"> w </w:t>
      </w:r>
      <w:proofErr w:type="spellStart"/>
      <w:r>
        <w:t>raporcie</w:t>
      </w:r>
      <w:proofErr w:type="spellEnd"/>
      <w:r>
        <w:t xml:space="preserve"> </w:t>
      </w:r>
      <w:proofErr w:type="spellStart"/>
      <w:r>
        <w:t>podsumowującym</w:t>
      </w:r>
      <w:proofErr w:type="spellEnd"/>
      <w:r>
        <w:t xml:space="preserve"> </w:t>
      </w:r>
      <w:proofErr w:type="spellStart"/>
      <w:r>
        <w:t>przebieg</w:t>
      </w:r>
      <w:proofErr w:type="spellEnd"/>
      <w:r>
        <w:t xml:space="preserve"> </w:t>
      </w:r>
      <w:proofErr w:type="spellStart"/>
      <w:r>
        <w:t>konsultacji</w:t>
      </w:r>
      <w:proofErr w:type="spellEnd"/>
      <w:r>
        <w:t xml:space="preserve"> </w:t>
      </w:r>
      <w:proofErr w:type="spellStart"/>
      <w:r>
        <w:t>społecznych</w:t>
      </w:r>
      <w:proofErr w:type="spellEnd"/>
      <w:r>
        <w:t>.</w:t>
      </w:r>
    </w:p>
    <w:p w14:paraId="0BE3D927" w14:textId="206CB85C" w:rsidR="006964DC" w:rsidRPr="006964DC" w:rsidRDefault="006964DC" w:rsidP="006964DC">
      <w:pPr>
        <w:spacing w:after="20" w:line="240" w:lineRule="auto"/>
        <w:jc w:val="both"/>
      </w:pPr>
      <w:proofErr w:type="spellStart"/>
      <w:r>
        <w:t>Procedurę</w:t>
      </w:r>
      <w:proofErr w:type="spellEnd"/>
      <w:r>
        <w:t xml:space="preserve"> </w:t>
      </w:r>
      <w:proofErr w:type="spellStart"/>
      <w:r>
        <w:t>sporządzania</w:t>
      </w:r>
      <w:proofErr w:type="spellEnd"/>
      <w:r>
        <w:t xml:space="preserve"> </w:t>
      </w:r>
      <w:proofErr w:type="spellStart"/>
      <w:r>
        <w:t>projektów</w:t>
      </w:r>
      <w:proofErr w:type="spellEnd"/>
      <w:r>
        <w:t xml:space="preserve"> </w:t>
      </w:r>
      <w:proofErr w:type="spellStart"/>
      <w:r>
        <w:t>planów</w:t>
      </w:r>
      <w:proofErr w:type="spellEnd"/>
      <w:r>
        <w:t xml:space="preserve"> </w:t>
      </w:r>
      <w:proofErr w:type="spellStart"/>
      <w:r>
        <w:t>prowadzi</w:t>
      </w:r>
      <w:proofErr w:type="spellEnd"/>
      <w:r>
        <w:t xml:space="preserve"> Wydział </w:t>
      </w:r>
      <w:proofErr w:type="spellStart"/>
      <w:r>
        <w:t>Urbanistyki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Architektury</w:t>
      </w:r>
      <w:proofErr w:type="spellEnd"/>
      <w:r>
        <w:t xml:space="preserve"> </w:t>
      </w:r>
      <w:proofErr w:type="spellStart"/>
      <w:r>
        <w:t>Urzędu</w:t>
      </w:r>
      <w:proofErr w:type="spellEnd"/>
      <w:r>
        <w:t xml:space="preserve"> </w:t>
      </w:r>
      <w:proofErr w:type="spellStart"/>
      <w:r>
        <w:t>Miejskiego</w:t>
      </w:r>
      <w:proofErr w:type="spellEnd"/>
      <w:r>
        <w:t xml:space="preserve"> </w:t>
      </w:r>
      <w:r w:rsidR="004C691A">
        <w:br/>
      </w:r>
      <w:r>
        <w:t xml:space="preserve">w Czechowicach-Dziedzicach, </w:t>
      </w:r>
      <w:proofErr w:type="spellStart"/>
      <w:r>
        <w:t>Plac</w:t>
      </w:r>
      <w:proofErr w:type="spellEnd"/>
      <w:r>
        <w:t xml:space="preserve"> Jana </w:t>
      </w:r>
      <w:proofErr w:type="spellStart"/>
      <w:r>
        <w:t>Pawła</w:t>
      </w:r>
      <w:proofErr w:type="spellEnd"/>
      <w:r>
        <w:t xml:space="preserve"> II </w:t>
      </w:r>
      <w:r w:rsidR="00B037A9">
        <w:t>1</w:t>
      </w:r>
      <w:r>
        <w:t>, tel. 32 214 71 3</w:t>
      </w:r>
      <w:r w:rsidR="006C738D">
        <w:t>4</w:t>
      </w:r>
    </w:p>
    <w:p w14:paraId="264DC3BA" w14:textId="07EEA292" w:rsidR="006964DC" w:rsidRPr="00D7580F" w:rsidRDefault="006964DC" w:rsidP="006964DC">
      <w:pPr>
        <w:spacing w:before="40" w:after="20" w:line="240" w:lineRule="auto"/>
        <w:jc w:val="both"/>
        <w:rPr>
          <w:i/>
          <w:sz w:val="20"/>
          <w:szCs w:val="20"/>
        </w:rPr>
      </w:pPr>
      <w:proofErr w:type="spellStart"/>
      <w:r>
        <w:rPr>
          <w:i/>
          <w:sz w:val="19"/>
        </w:rPr>
        <w:t>Informacja</w:t>
      </w:r>
      <w:proofErr w:type="spellEnd"/>
      <w:r>
        <w:rPr>
          <w:i/>
          <w:sz w:val="19"/>
        </w:rPr>
        <w:t xml:space="preserve"> o </w:t>
      </w:r>
      <w:proofErr w:type="spellStart"/>
      <w:r>
        <w:rPr>
          <w:i/>
          <w:sz w:val="19"/>
        </w:rPr>
        <w:t>przetwarzaniu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danych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osobowych</w:t>
      </w:r>
      <w:proofErr w:type="spellEnd"/>
      <w:r>
        <w:rPr>
          <w:i/>
          <w:sz w:val="19"/>
        </w:rPr>
        <w:t>:</w:t>
      </w:r>
    </w:p>
    <w:p w14:paraId="105A7AC2" w14:textId="77777777" w:rsidR="006964DC" w:rsidRPr="00D7580F" w:rsidRDefault="006964DC" w:rsidP="006964DC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i/>
          <w:sz w:val="20"/>
          <w:szCs w:val="20"/>
        </w:rPr>
      </w:pPr>
      <w:proofErr w:type="spellStart"/>
      <w:r>
        <w:rPr>
          <w:i/>
          <w:sz w:val="19"/>
        </w:rPr>
        <w:t>Administratorem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danych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osobowych</w:t>
      </w:r>
      <w:proofErr w:type="spellEnd"/>
      <w:r>
        <w:rPr>
          <w:i/>
          <w:sz w:val="19"/>
        </w:rPr>
        <w:t xml:space="preserve"> jest Burmistrz </w:t>
      </w:r>
      <w:proofErr w:type="spellStart"/>
      <w:r>
        <w:rPr>
          <w:i/>
          <w:sz w:val="19"/>
        </w:rPr>
        <w:t>Czechowic</w:t>
      </w:r>
      <w:proofErr w:type="spellEnd"/>
      <w:r>
        <w:rPr>
          <w:i/>
          <w:sz w:val="19"/>
        </w:rPr>
        <w:t xml:space="preserve">-Dziedzic, z </w:t>
      </w:r>
      <w:proofErr w:type="spellStart"/>
      <w:r>
        <w:rPr>
          <w:i/>
          <w:sz w:val="19"/>
        </w:rPr>
        <w:t>siedzibą</w:t>
      </w:r>
      <w:proofErr w:type="spellEnd"/>
      <w:r>
        <w:rPr>
          <w:i/>
          <w:sz w:val="19"/>
        </w:rPr>
        <w:t xml:space="preserve"> w </w:t>
      </w:r>
      <w:proofErr w:type="spellStart"/>
      <w:r>
        <w:rPr>
          <w:i/>
          <w:sz w:val="19"/>
        </w:rPr>
        <w:t>Urzędzie</w:t>
      </w:r>
      <w:proofErr w:type="spellEnd"/>
      <w:r>
        <w:rPr>
          <w:i/>
          <w:sz w:val="19"/>
        </w:rPr>
        <w:t xml:space="preserve"> Miejskim w Czechowicach-Dziedzicach, </w:t>
      </w:r>
      <w:proofErr w:type="spellStart"/>
      <w:r>
        <w:rPr>
          <w:i/>
          <w:sz w:val="19"/>
        </w:rPr>
        <w:t>Plac</w:t>
      </w:r>
      <w:proofErr w:type="spellEnd"/>
      <w:r>
        <w:rPr>
          <w:i/>
          <w:sz w:val="19"/>
        </w:rPr>
        <w:t xml:space="preserve"> Jana </w:t>
      </w:r>
      <w:proofErr w:type="spellStart"/>
      <w:r>
        <w:rPr>
          <w:i/>
          <w:sz w:val="19"/>
        </w:rPr>
        <w:t>Pawła</w:t>
      </w:r>
      <w:proofErr w:type="spellEnd"/>
      <w:r>
        <w:rPr>
          <w:i/>
          <w:sz w:val="19"/>
        </w:rPr>
        <w:t xml:space="preserve"> II 1, 43-502 </w:t>
      </w:r>
      <w:proofErr w:type="spellStart"/>
      <w:r>
        <w:rPr>
          <w:i/>
          <w:sz w:val="19"/>
        </w:rPr>
        <w:t>Czechowice-Dziedzice</w:t>
      </w:r>
      <w:proofErr w:type="spellEnd"/>
      <w:r>
        <w:rPr>
          <w:i/>
          <w:sz w:val="19"/>
        </w:rPr>
        <w:t>.</w:t>
      </w:r>
    </w:p>
    <w:p w14:paraId="7A242330" w14:textId="77777777" w:rsidR="006964DC" w:rsidRPr="00D7580F" w:rsidRDefault="006964DC" w:rsidP="006964DC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i/>
          <w:sz w:val="20"/>
          <w:szCs w:val="20"/>
        </w:rPr>
      </w:pPr>
      <w:r>
        <w:rPr>
          <w:i/>
          <w:sz w:val="19"/>
        </w:rPr>
        <w:t xml:space="preserve">Z </w:t>
      </w:r>
      <w:proofErr w:type="spellStart"/>
      <w:r>
        <w:rPr>
          <w:i/>
          <w:sz w:val="19"/>
        </w:rPr>
        <w:t>Administratorem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można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skontaktować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się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listownie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na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powyższy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adres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lub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drogą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elektroniczną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na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adres</w:t>
      </w:r>
      <w:proofErr w:type="spellEnd"/>
      <w:r>
        <w:rPr>
          <w:i/>
          <w:sz w:val="19"/>
        </w:rPr>
        <w:t xml:space="preserve"> e-mail: um@um.czechowice-dziedzice.pl.</w:t>
      </w:r>
    </w:p>
    <w:p w14:paraId="5766E9EA" w14:textId="77B82903" w:rsidR="006964DC" w:rsidRPr="00D7580F" w:rsidRDefault="006964DC" w:rsidP="006964DC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i/>
          <w:sz w:val="20"/>
          <w:szCs w:val="20"/>
        </w:rPr>
      </w:pPr>
      <w:r>
        <w:rPr>
          <w:i/>
          <w:sz w:val="19"/>
        </w:rPr>
        <w:t xml:space="preserve">Dane </w:t>
      </w:r>
      <w:proofErr w:type="spellStart"/>
      <w:r>
        <w:rPr>
          <w:i/>
          <w:sz w:val="19"/>
        </w:rPr>
        <w:t>osobowe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będą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przetwarzane</w:t>
      </w:r>
      <w:proofErr w:type="spellEnd"/>
      <w:r>
        <w:rPr>
          <w:i/>
          <w:sz w:val="19"/>
        </w:rPr>
        <w:t xml:space="preserve"> w </w:t>
      </w:r>
      <w:proofErr w:type="spellStart"/>
      <w:r>
        <w:rPr>
          <w:i/>
          <w:sz w:val="19"/>
        </w:rPr>
        <w:t>celu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realizacji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procedury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sporządzania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miejscowych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planów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zagospodarowania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przestrzennego</w:t>
      </w:r>
      <w:proofErr w:type="spellEnd"/>
      <w:r>
        <w:rPr>
          <w:i/>
          <w:sz w:val="19"/>
        </w:rPr>
        <w:t xml:space="preserve">, </w:t>
      </w:r>
      <w:proofErr w:type="spellStart"/>
      <w:r>
        <w:rPr>
          <w:i/>
          <w:sz w:val="19"/>
        </w:rPr>
        <w:t>na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podstawie</w:t>
      </w:r>
      <w:proofErr w:type="spellEnd"/>
      <w:r>
        <w:rPr>
          <w:i/>
          <w:sz w:val="19"/>
        </w:rPr>
        <w:t xml:space="preserve"> art. 6 </w:t>
      </w:r>
      <w:proofErr w:type="spellStart"/>
      <w:r>
        <w:rPr>
          <w:i/>
          <w:sz w:val="19"/>
        </w:rPr>
        <w:t>ust</w:t>
      </w:r>
      <w:proofErr w:type="spellEnd"/>
      <w:r>
        <w:rPr>
          <w:i/>
          <w:sz w:val="19"/>
        </w:rPr>
        <w:t xml:space="preserve">. 1 lit. c RODO w </w:t>
      </w:r>
      <w:proofErr w:type="spellStart"/>
      <w:r>
        <w:rPr>
          <w:i/>
          <w:sz w:val="19"/>
        </w:rPr>
        <w:t>związku</w:t>
      </w:r>
      <w:proofErr w:type="spellEnd"/>
      <w:r>
        <w:rPr>
          <w:i/>
          <w:sz w:val="19"/>
        </w:rPr>
        <w:t xml:space="preserve"> z </w:t>
      </w:r>
      <w:proofErr w:type="spellStart"/>
      <w:r>
        <w:rPr>
          <w:i/>
          <w:sz w:val="19"/>
        </w:rPr>
        <w:t>przepisami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ustawy</w:t>
      </w:r>
      <w:proofErr w:type="spellEnd"/>
      <w:r>
        <w:rPr>
          <w:i/>
          <w:sz w:val="19"/>
        </w:rPr>
        <w:t xml:space="preserve"> z </w:t>
      </w:r>
      <w:proofErr w:type="spellStart"/>
      <w:r>
        <w:rPr>
          <w:i/>
          <w:sz w:val="19"/>
        </w:rPr>
        <w:t>dnia</w:t>
      </w:r>
      <w:proofErr w:type="spellEnd"/>
      <w:r>
        <w:rPr>
          <w:i/>
          <w:sz w:val="19"/>
        </w:rPr>
        <w:t xml:space="preserve"> 27 </w:t>
      </w:r>
      <w:proofErr w:type="spellStart"/>
      <w:r>
        <w:rPr>
          <w:i/>
          <w:sz w:val="19"/>
        </w:rPr>
        <w:t>marca</w:t>
      </w:r>
      <w:proofErr w:type="spellEnd"/>
      <w:r>
        <w:rPr>
          <w:i/>
          <w:sz w:val="19"/>
        </w:rPr>
        <w:t xml:space="preserve"> 2003 r. o </w:t>
      </w:r>
      <w:proofErr w:type="spellStart"/>
      <w:r>
        <w:rPr>
          <w:i/>
          <w:sz w:val="19"/>
        </w:rPr>
        <w:t>planowaniu</w:t>
      </w:r>
      <w:proofErr w:type="spellEnd"/>
      <w:r>
        <w:rPr>
          <w:i/>
          <w:sz w:val="19"/>
        </w:rPr>
        <w:t xml:space="preserve"> </w:t>
      </w:r>
      <w:r w:rsidR="004C691A">
        <w:rPr>
          <w:i/>
          <w:sz w:val="19"/>
        </w:rPr>
        <w:br/>
      </w:r>
      <w:proofErr w:type="spellStart"/>
      <w:r>
        <w:rPr>
          <w:i/>
          <w:sz w:val="19"/>
        </w:rPr>
        <w:t>i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zagospodarowaniu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przestrzennym</w:t>
      </w:r>
      <w:proofErr w:type="spellEnd"/>
      <w:r>
        <w:rPr>
          <w:i/>
          <w:sz w:val="19"/>
        </w:rPr>
        <w:t>.</w:t>
      </w:r>
    </w:p>
    <w:p w14:paraId="22288B0E" w14:textId="77777777" w:rsidR="006964DC" w:rsidRPr="00D7580F" w:rsidRDefault="006964DC" w:rsidP="006964DC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i/>
          <w:sz w:val="20"/>
          <w:szCs w:val="20"/>
        </w:rPr>
      </w:pPr>
      <w:proofErr w:type="spellStart"/>
      <w:r>
        <w:rPr>
          <w:i/>
          <w:sz w:val="19"/>
        </w:rPr>
        <w:t>Osobie</w:t>
      </w:r>
      <w:proofErr w:type="spellEnd"/>
      <w:r>
        <w:rPr>
          <w:i/>
          <w:sz w:val="19"/>
        </w:rPr>
        <w:t xml:space="preserve">, </w:t>
      </w:r>
      <w:proofErr w:type="spellStart"/>
      <w:r>
        <w:rPr>
          <w:i/>
          <w:sz w:val="19"/>
        </w:rPr>
        <w:t>której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dane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dotyczą</w:t>
      </w:r>
      <w:proofErr w:type="spellEnd"/>
      <w:r>
        <w:rPr>
          <w:i/>
          <w:sz w:val="19"/>
        </w:rPr>
        <w:t xml:space="preserve">, </w:t>
      </w:r>
      <w:proofErr w:type="spellStart"/>
      <w:r>
        <w:rPr>
          <w:i/>
          <w:sz w:val="19"/>
        </w:rPr>
        <w:t>przysługuje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prawo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żądania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od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Administratora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dostępu</w:t>
      </w:r>
      <w:proofErr w:type="spellEnd"/>
      <w:r>
        <w:rPr>
          <w:i/>
          <w:sz w:val="19"/>
        </w:rPr>
        <w:t xml:space="preserve"> do </w:t>
      </w:r>
      <w:proofErr w:type="spellStart"/>
      <w:r>
        <w:rPr>
          <w:i/>
          <w:sz w:val="19"/>
        </w:rPr>
        <w:t>danych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osobowych</w:t>
      </w:r>
      <w:proofErr w:type="spellEnd"/>
      <w:r>
        <w:rPr>
          <w:i/>
          <w:sz w:val="19"/>
        </w:rPr>
        <w:t xml:space="preserve">, ich </w:t>
      </w:r>
      <w:proofErr w:type="spellStart"/>
      <w:r>
        <w:rPr>
          <w:i/>
          <w:sz w:val="19"/>
        </w:rPr>
        <w:t>sprostowania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oraz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ograniczenia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przetwarzania</w:t>
      </w:r>
      <w:proofErr w:type="spellEnd"/>
      <w:r>
        <w:rPr>
          <w:i/>
          <w:sz w:val="19"/>
        </w:rPr>
        <w:t xml:space="preserve">, </w:t>
      </w:r>
      <w:proofErr w:type="spellStart"/>
      <w:r>
        <w:rPr>
          <w:i/>
          <w:sz w:val="19"/>
        </w:rPr>
        <w:t>na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zasadach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określonych</w:t>
      </w:r>
      <w:proofErr w:type="spellEnd"/>
      <w:r>
        <w:rPr>
          <w:i/>
          <w:sz w:val="19"/>
        </w:rPr>
        <w:t xml:space="preserve"> w RODO.</w:t>
      </w:r>
    </w:p>
    <w:p w14:paraId="086B51C9" w14:textId="629BC75C" w:rsidR="006964DC" w:rsidRPr="00D7580F" w:rsidRDefault="006964DC" w:rsidP="006964DC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i/>
          <w:sz w:val="20"/>
          <w:szCs w:val="20"/>
        </w:rPr>
      </w:pPr>
      <w:r>
        <w:rPr>
          <w:i/>
          <w:sz w:val="19"/>
        </w:rPr>
        <w:t xml:space="preserve">Dane </w:t>
      </w:r>
      <w:proofErr w:type="spellStart"/>
      <w:r>
        <w:rPr>
          <w:i/>
          <w:sz w:val="19"/>
        </w:rPr>
        <w:t>będą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przetwarzane</w:t>
      </w:r>
      <w:proofErr w:type="spellEnd"/>
      <w:r>
        <w:rPr>
          <w:i/>
          <w:sz w:val="19"/>
        </w:rPr>
        <w:t xml:space="preserve"> do </w:t>
      </w:r>
      <w:proofErr w:type="spellStart"/>
      <w:r>
        <w:rPr>
          <w:i/>
          <w:sz w:val="19"/>
        </w:rPr>
        <w:t>czasu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zakończenia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postępowania</w:t>
      </w:r>
      <w:proofErr w:type="spellEnd"/>
      <w:r>
        <w:rPr>
          <w:i/>
          <w:sz w:val="19"/>
        </w:rPr>
        <w:t xml:space="preserve">, </w:t>
      </w:r>
      <w:proofErr w:type="spellStart"/>
      <w:r>
        <w:rPr>
          <w:i/>
          <w:sz w:val="19"/>
        </w:rPr>
        <w:t>dla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potrzeb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którego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zostały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zebrane</w:t>
      </w:r>
      <w:proofErr w:type="spellEnd"/>
      <w:r>
        <w:rPr>
          <w:i/>
          <w:sz w:val="19"/>
        </w:rPr>
        <w:t xml:space="preserve">, a </w:t>
      </w:r>
      <w:proofErr w:type="spellStart"/>
      <w:r>
        <w:rPr>
          <w:i/>
          <w:sz w:val="19"/>
        </w:rPr>
        <w:t>następnie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przechowywane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przez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okres</w:t>
      </w:r>
      <w:proofErr w:type="spellEnd"/>
      <w:r>
        <w:rPr>
          <w:i/>
          <w:sz w:val="19"/>
        </w:rPr>
        <w:t xml:space="preserve"> 25 </w:t>
      </w:r>
      <w:proofErr w:type="spellStart"/>
      <w:r>
        <w:rPr>
          <w:i/>
          <w:sz w:val="19"/>
        </w:rPr>
        <w:t>lat</w:t>
      </w:r>
      <w:proofErr w:type="spellEnd"/>
      <w:r>
        <w:rPr>
          <w:i/>
          <w:sz w:val="19"/>
        </w:rPr>
        <w:t xml:space="preserve">, </w:t>
      </w:r>
      <w:proofErr w:type="spellStart"/>
      <w:r>
        <w:rPr>
          <w:i/>
          <w:sz w:val="19"/>
        </w:rPr>
        <w:t>zgodnie</w:t>
      </w:r>
      <w:proofErr w:type="spellEnd"/>
      <w:r>
        <w:rPr>
          <w:i/>
          <w:sz w:val="19"/>
        </w:rPr>
        <w:t xml:space="preserve"> z </w:t>
      </w:r>
      <w:proofErr w:type="spellStart"/>
      <w:r>
        <w:rPr>
          <w:i/>
          <w:sz w:val="19"/>
        </w:rPr>
        <w:t>obowiązującymi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przepisami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archiwalnymi</w:t>
      </w:r>
      <w:proofErr w:type="spellEnd"/>
      <w:r>
        <w:rPr>
          <w:i/>
          <w:sz w:val="19"/>
        </w:rPr>
        <w:t xml:space="preserve">, po </w:t>
      </w:r>
      <w:proofErr w:type="spellStart"/>
      <w:r>
        <w:rPr>
          <w:i/>
          <w:sz w:val="19"/>
        </w:rPr>
        <w:t>czym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zostaną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przekazane</w:t>
      </w:r>
      <w:proofErr w:type="spellEnd"/>
      <w:r>
        <w:rPr>
          <w:i/>
          <w:sz w:val="19"/>
        </w:rPr>
        <w:t xml:space="preserve"> do </w:t>
      </w:r>
      <w:proofErr w:type="spellStart"/>
      <w:r>
        <w:rPr>
          <w:i/>
          <w:sz w:val="19"/>
        </w:rPr>
        <w:t>Archiwum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Państwowego</w:t>
      </w:r>
      <w:proofErr w:type="spellEnd"/>
      <w:r>
        <w:rPr>
          <w:i/>
          <w:sz w:val="19"/>
        </w:rPr>
        <w:t xml:space="preserve"> w Katowicach - </w:t>
      </w:r>
      <w:proofErr w:type="spellStart"/>
      <w:r>
        <w:rPr>
          <w:i/>
          <w:sz w:val="19"/>
        </w:rPr>
        <w:t>Oddział</w:t>
      </w:r>
      <w:proofErr w:type="spellEnd"/>
      <w:r>
        <w:rPr>
          <w:i/>
          <w:sz w:val="19"/>
        </w:rPr>
        <w:t xml:space="preserve"> w Bielsku-</w:t>
      </w:r>
      <w:proofErr w:type="spellStart"/>
      <w:r>
        <w:rPr>
          <w:i/>
          <w:sz w:val="19"/>
        </w:rPr>
        <w:t>Białej</w:t>
      </w:r>
      <w:proofErr w:type="spellEnd"/>
      <w:r>
        <w:rPr>
          <w:i/>
          <w:sz w:val="19"/>
        </w:rPr>
        <w:t>.</w:t>
      </w:r>
    </w:p>
    <w:p w14:paraId="182D3A41" w14:textId="77777777" w:rsidR="006964DC" w:rsidRPr="00D7580F" w:rsidRDefault="006964DC" w:rsidP="006964DC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i/>
          <w:sz w:val="20"/>
          <w:szCs w:val="20"/>
        </w:rPr>
      </w:pPr>
      <w:proofErr w:type="spellStart"/>
      <w:r>
        <w:rPr>
          <w:i/>
          <w:sz w:val="19"/>
        </w:rPr>
        <w:t>Osobie</w:t>
      </w:r>
      <w:proofErr w:type="spellEnd"/>
      <w:r>
        <w:rPr>
          <w:i/>
          <w:sz w:val="19"/>
        </w:rPr>
        <w:t xml:space="preserve">, </w:t>
      </w:r>
      <w:proofErr w:type="spellStart"/>
      <w:r>
        <w:rPr>
          <w:i/>
          <w:sz w:val="19"/>
        </w:rPr>
        <w:t>której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dane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dotyczą</w:t>
      </w:r>
      <w:proofErr w:type="spellEnd"/>
      <w:r>
        <w:rPr>
          <w:i/>
          <w:sz w:val="19"/>
        </w:rPr>
        <w:t xml:space="preserve">, </w:t>
      </w:r>
      <w:proofErr w:type="spellStart"/>
      <w:r>
        <w:rPr>
          <w:i/>
          <w:sz w:val="19"/>
        </w:rPr>
        <w:t>przysługuje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prawo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wniesienia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skargi</w:t>
      </w:r>
      <w:proofErr w:type="spellEnd"/>
      <w:r>
        <w:rPr>
          <w:i/>
          <w:sz w:val="19"/>
        </w:rPr>
        <w:t xml:space="preserve"> do </w:t>
      </w:r>
      <w:proofErr w:type="spellStart"/>
      <w:r>
        <w:rPr>
          <w:i/>
          <w:sz w:val="19"/>
        </w:rPr>
        <w:t>organu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nadzorczego</w:t>
      </w:r>
      <w:proofErr w:type="spellEnd"/>
      <w:r>
        <w:rPr>
          <w:i/>
          <w:sz w:val="19"/>
        </w:rPr>
        <w:t xml:space="preserve"> - </w:t>
      </w:r>
      <w:proofErr w:type="spellStart"/>
      <w:r>
        <w:rPr>
          <w:i/>
          <w:sz w:val="19"/>
        </w:rPr>
        <w:t>Prezesa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Urzędu</w:t>
      </w:r>
      <w:proofErr w:type="spellEnd"/>
      <w:r>
        <w:rPr>
          <w:i/>
          <w:sz w:val="19"/>
        </w:rPr>
        <w:t xml:space="preserve"> Ochrony Danych Osobowych.</w:t>
      </w:r>
    </w:p>
    <w:p w14:paraId="1A2085DD" w14:textId="77777777" w:rsidR="006964DC" w:rsidRPr="00D7580F" w:rsidRDefault="006964DC" w:rsidP="006964DC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i/>
          <w:sz w:val="20"/>
          <w:szCs w:val="20"/>
        </w:rPr>
      </w:pPr>
      <w:proofErr w:type="spellStart"/>
      <w:r>
        <w:rPr>
          <w:i/>
          <w:sz w:val="19"/>
        </w:rPr>
        <w:t>Podanie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danych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osobowych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wymaganych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przepisami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ustawy</w:t>
      </w:r>
      <w:proofErr w:type="spellEnd"/>
      <w:r>
        <w:rPr>
          <w:i/>
          <w:sz w:val="19"/>
        </w:rPr>
        <w:t xml:space="preserve"> o </w:t>
      </w:r>
      <w:proofErr w:type="spellStart"/>
      <w:r>
        <w:rPr>
          <w:i/>
          <w:sz w:val="19"/>
        </w:rPr>
        <w:t>planowaniu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i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zagospodarowaniu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przestrzennym</w:t>
      </w:r>
      <w:proofErr w:type="spellEnd"/>
      <w:r>
        <w:rPr>
          <w:i/>
          <w:sz w:val="19"/>
        </w:rPr>
        <w:t xml:space="preserve"> jest </w:t>
      </w:r>
      <w:proofErr w:type="spellStart"/>
      <w:r>
        <w:rPr>
          <w:i/>
          <w:sz w:val="19"/>
        </w:rPr>
        <w:t>obowiązkowe</w:t>
      </w:r>
      <w:proofErr w:type="spellEnd"/>
      <w:r>
        <w:rPr>
          <w:i/>
          <w:sz w:val="19"/>
        </w:rPr>
        <w:t>.</w:t>
      </w:r>
    </w:p>
    <w:p w14:paraId="6CBC363D" w14:textId="6F0A4868" w:rsidR="006964DC" w:rsidRPr="00D7580F" w:rsidRDefault="006964DC" w:rsidP="006964DC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i/>
          <w:sz w:val="20"/>
          <w:szCs w:val="20"/>
        </w:rPr>
      </w:pPr>
      <w:r>
        <w:rPr>
          <w:i/>
          <w:sz w:val="19"/>
        </w:rPr>
        <w:t xml:space="preserve">W </w:t>
      </w:r>
      <w:proofErr w:type="spellStart"/>
      <w:r>
        <w:rPr>
          <w:i/>
          <w:sz w:val="19"/>
        </w:rPr>
        <w:t>związku</w:t>
      </w:r>
      <w:proofErr w:type="spellEnd"/>
      <w:r>
        <w:rPr>
          <w:i/>
          <w:sz w:val="19"/>
        </w:rPr>
        <w:t xml:space="preserve"> z </w:t>
      </w:r>
      <w:proofErr w:type="spellStart"/>
      <w:r>
        <w:rPr>
          <w:i/>
          <w:sz w:val="19"/>
        </w:rPr>
        <w:t>przetwarzaniem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danych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osobowych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uzyskanych</w:t>
      </w:r>
      <w:proofErr w:type="spellEnd"/>
      <w:r>
        <w:rPr>
          <w:i/>
          <w:sz w:val="19"/>
        </w:rPr>
        <w:t xml:space="preserve"> w </w:t>
      </w:r>
      <w:proofErr w:type="spellStart"/>
      <w:r>
        <w:rPr>
          <w:i/>
          <w:sz w:val="19"/>
        </w:rPr>
        <w:t>toku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sporządzania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aktów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planowania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przestrzennego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prawo</w:t>
      </w:r>
      <w:proofErr w:type="spellEnd"/>
      <w:r>
        <w:rPr>
          <w:i/>
          <w:sz w:val="19"/>
        </w:rPr>
        <w:t xml:space="preserve">, </w:t>
      </w:r>
      <w:r w:rsidR="004C691A">
        <w:rPr>
          <w:i/>
          <w:sz w:val="19"/>
        </w:rPr>
        <w:br/>
      </w:r>
      <w:r>
        <w:rPr>
          <w:i/>
          <w:sz w:val="19"/>
        </w:rPr>
        <w:t xml:space="preserve">o </w:t>
      </w:r>
      <w:proofErr w:type="spellStart"/>
      <w:r>
        <w:rPr>
          <w:i/>
          <w:sz w:val="19"/>
        </w:rPr>
        <w:t>którym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mowa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w art</w:t>
      </w:r>
      <w:proofErr w:type="spellEnd"/>
      <w:r>
        <w:rPr>
          <w:i/>
          <w:sz w:val="19"/>
        </w:rPr>
        <w:t xml:space="preserve">. 15 </w:t>
      </w:r>
      <w:proofErr w:type="spellStart"/>
      <w:r>
        <w:rPr>
          <w:i/>
          <w:sz w:val="19"/>
        </w:rPr>
        <w:t>ust</w:t>
      </w:r>
      <w:proofErr w:type="spellEnd"/>
      <w:r>
        <w:rPr>
          <w:i/>
          <w:sz w:val="19"/>
        </w:rPr>
        <w:t xml:space="preserve">. 1 lit. g RODO, </w:t>
      </w:r>
      <w:proofErr w:type="spellStart"/>
      <w:r>
        <w:rPr>
          <w:i/>
          <w:sz w:val="19"/>
        </w:rPr>
        <w:t>przysługuje</w:t>
      </w:r>
      <w:proofErr w:type="spellEnd"/>
      <w:r>
        <w:rPr>
          <w:i/>
          <w:sz w:val="19"/>
        </w:rPr>
        <w:t xml:space="preserve">, </w:t>
      </w:r>
      <w:proofErr w:type="spellStart"/>
      <w:r>
        <w:rPr>
          <w:i/>
          <w:sz w:val="19"/>
        </w:rPr>
        <w:t>jeżeli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nie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wpływa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na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ochronę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praw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i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wolności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osoby</w:t>
      </w:r>
      <w:proofErr w:type="spellEnd"/>
      <w:r>
        <w:rPr>
          <w:i/>
          <w:sz w:val="19"/>
        </w:rPr>
        <w:t xml:space="preserve">, od </w:t>
      </w:r>
      <w:proofErr w:type="spellStart"/>
      <w:r>
        <w:rPr>
          <w:i/>
          <w:sz w:val="19"/>
        </w:rPr>
        <w:t>której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dane</w:t>
      </w:r>
      <w:proofErr w:type="spellEnd"/>
      <w:r>
        <w:rPr>
          <w:i/>
          <w:sz w:val="19"/>
        </w:rPr>
        <w:t xml:space="preserve"> te </w:t>
      </w:r>
      <w:proofErr w:type="spellStart"/>
      <w:r>
        <w:rPr>
          <w:i/>
          <w:sz w:val="19"/>
        </w:rPr>
        <w:t>pozyskano</w:t>
      </w:r>
      <w:proofErr w:type="spellEnd"/>
      <w:r>
        <w:rPr>
          <w:i/>
          <w:sz w:val="19"/>
        </w:rPr>
        <w:t xml:space="preserve">, </w:t>
      </w:r>
      <w:proofErr w:type="spellStart"/>
      <w:r>
        <w:rPr>
          <w:i/>
          <w:sz w:val="19"/>
        </w:rPr>
        <w:t>zgodnie</w:t>
      </w:r>
      <w:proofErr w:type="spellEnd"/>
      <w:r>
        <w:rPr>
          <w:i/>
          <w:sz w:val="19"/>
        </w:rPr>
        <w:t xml:space="preserve"> z art. 8a </w:t>
      </w:r>
      <w:proofErr w:type="spellStart"/>
      <w:r>
        <w:rPr>
          <w:i/>
          <w:sz w:val="19"/>
        </w:rPr>
        <w:t>ust</w:t>
      </w:r>
      <w:proofErr w:type="spellEnd"/>
      <w:r>
        <w:rPr>
          <w:i/>
          <w:sz w:val="19"/>
        </w:rPr>
        <w:t xml:space="preserve">. 1 </w:t>
      </w:r>
      <w:proofErr w:type="spellStart"/>
      <w:r>
        <w:rPr>
          <w:i/>
          <w:sz w:val="19"/>
        </w:rPr>
        <w:t>ustawy</w:t>
      </w:r>
      <w:proofErr w:type="spellEnd"/>
      <w:r>
        <w:rPr>
          <w:i/>
          <w:sz w:val="19"/>
        </w:rPr>
        <w:t xml:space="preserve"> o </w:t>
      </w:r>
      <w:proofErr w:type="spellStart"/>
      <w:r>
        <w:rPr>
          <w:i/>
          <w:sz w:val="19"/>
        </w:rPr>
        <w:t>planowaniu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i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zagospodarowaniu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przestrzennym</w:t>
      </w:r>
      <w:proofErr w:type="spellEnd"/>
      <w:r>
        <w:rPr>
          <w:i/>
          <w:sz w:val="19"/>
        </w:rPr>
        <w:t>.</w:t>
      </w:r>
    </w:p>
    <w:p w14:paraId="0B79C2E4" w14:textId="77777777" w:rsidR="006964DC" w:rsidRPr="00D7580F" w:rsidRDefault="006964DC" w:rsidP="006964DC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i/>
          <w:sz w:val="20"/>
          <w:szCs w:val="20"/>
        </w:rPr>
      </w:pPr>
      <w:r>
        <w:rPr>
          <w:i/>
          <w:sz w:val="19"/>
        </w:rPr>
        <w:t xml:space="preserve">Dane </w:t>
      </w:r>
      <w:proofErr w:type="spellStart"/>
      <w:r>
        <w:rPr>
          <w:i/>
          <w:sz w:val="19"/>
        </w:rPr>
        <w:t>kontaktowe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Inspektora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Ochrony</w:t>
      </w:r>
      <w:proofErr w:type="spellEnd"/>
      <w:r>
        <w:rPr>
          <w:i/>
          <w:sz w:val="19"/>
        </w:rPr>
        <w:t xml:space="preserve"> Danych: tel. 32 214-71-53, e-mail: oid@um.czechowice-dziedzice.pl </w:t>
      </w:r>
      <w:proofErr w:type="spellStart"/>
      <w:r>
        <w:rPr>
          <w:i/>
          <w:sz w:val="19"/>
        </w:rPr>
        <w:t>lub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korespondencyjnie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na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adres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siedziby</w:t>
      </w:r>
      <w:proofErr w:type="spellEnd"/>
      <w:r>
        <w:rPr>
          <w:i/>
          <w:sz w:val="19"/>
        </w:rPr>
        <w:t xml:space="preserve"> Administratora.</w:t>
      </w:r>
    </w:p>
    <w:p w14:paraId="32A477E6" w14:textId="321073E1" w:rsidR="00014CAD" w:rsidRPr="00F1615B" w:rsidRDefault="00014CAD" w:rsidP="00014CAD">
      <w:pPr>
        <w:spacing w:after="0" w:line="240" w:lineRule="auto"/>
        <w:rPr>
          <w:color w:val="FFFFFF" w:themeColor="background1"/>
          <w:sz w:val="20"/>
          <w:szCs w:val="20"/>
        </w:rPr>
      </w:pPr>
      <w:r w:rsidRPr="00F1615B">
        <w:rPr>
          <w:color w:val="FFFFFF" w:themeColor="background1"/>
        </w:rPr>
        <w:t xml:space="preserve">                                                                                                                                          </w:t>
      </w:r>
      <w:r w:rsidRPr="00F1615B">
        <w:rPr>
          <w:color w:val="FFFFFF" w:themeColor="background1"/>
          <w:sz w:val="20"/>
          <w:szCs w:val="20"/>
        </w:rPr>
        <w:t xml:space="preserve">BURMISTRZ </w:t>
      </w:r>
    </w:p>
    <w:p w14:paraId="6A9892D6" w14:textId="447CE777" w:rsidR="00014CAD" w:rsidRPr="00F1615B" w:rsidRDefault="00014CAD" w:rsidP="00014CAD">
      <w:pPr>
        <w:spacing w:after="0" w:line="240" w:lineRule="auto"/>
        <w:rPr>
          <w:color w:val="FFFFFF" w:themeColor="background1"/>
          <w:sz w:val="20"/>
          <w:szCs w:val="20"/>
        </w:rPr>
      </w:pPr>
      <w:r w:rsidRPr="00F1615B">
        <w:rPr>
          <w:color w:val="FFFFFF" w:themeColor="background1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3713C2" w:rsidRPr="00F1615B">
        <w:rPr>
          <w:color w:val="FFFFFF" w:themeColor="background1"/>
          <w:sz w:val="20"/>
          <w:szCs w:val="20"/>
        </w:rPr>
        <w:t xml:space="preserve">     </w:t>
      </w:r>
      <w:r w:rsidRPr="00F1615B">
        <w:rPr>
          <w:color w:val="FFFFFF" w:themeColor="background1"/>
          <w:sz w:val="20"/>
          <w:szCs w:val="20"/>
        </w:rPr>
        <w:t xml:space="preserve"> CZECHOWIC - DZIEDZIC</w:t>
      </w:r>
    </w:p>
    <w:p w14:paraId="2A090015" w14:textId="77777777" w:rsidR="004C691A" w:rsidRPr="004C691A" w:rsidRDefault="004C691A" w:rsidP="006964DC">
      <w:pPr>
        <w:spacing w:after="0" w:line="240" w:lineRule="auto"/>
        <w:ind w:left="5948"/>
        <w:jc w:val="right"/>
        <w:rPr>
          <w:b/>
          <w:sz w:val="16"/>
          <w:szCs w:val="16"/>
        </w:rPr>
      </w:pPr>
    </w:p>
    <w:p w14:paraId="630DEB9C" w14:textId="4B4E29B7" w:rsidR="006964DC" w:rsidRPr="00014CAD" w:rsidRDefault="006964DC" w:rsidP="00014CAD">
      <w:pPr>
        <w:spacing w:after="0" w:line="240" w:lineRule="auto"/>
        <w:ind w:left="5948"/>
        <w:jc w:val="right"/>
        <w:rPr>
          <w:b/>
          <w:sz w:val="20"/>
          <w:szCs w:val="20"/>
        </w:rPr>
      </w:pPr>
    </w:p>
    <w:sectPr w:rsidR="006964DC" w:rsidRPr="00014CAD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8B26863"/>
    <w:multiLevelType w:val="hybridMultilevel"/>
    <w:tmpl w:val="E3304E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8377D"/>
    <w:multiLevelType w:val="hybridMultilevel"/>
    <w:tmpl w:val="FCA85322"/>
    <w:lvl w:ilvl="0" w:tplc="8EDAAB30">
      <w:start w:val="1"/>
      <w:numFmt w:val="decimal"/>
      <w:lvlText w:val="%1."/>
      <w:lvlJc w:val="left"/>
      <w:pPr>
        <w:ind w:left="55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EE61FC0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350D122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9546596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E6BF4A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0300F6E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CE4D64C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C6AB190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4C61716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86969862">
    <w:abstractNumId w:val="8"/>
  </w:num>
  <w:num w:numId="2" w16cid:durableId="510411040">
    <w:abstractNumId w:val="6"/>
  </w:num>
  <w:num w:numId="3" w16cid:durableId="1438604094">
    <w:abstractNumId w:val="5"/>
  </w:num>
  <w:num w:numId="4" w16cid:durableId="1781877084">
    <w:abstractNumId w:val="4"/>
  </w:num>
  <w:num w:numId="5" w16cid:durableId="1183711369">
    <w:abstractNumId w:val="7"/>
  </w:num>
  <w:num w:numId="6" w16cid:durableId="1868759827">
    <w:abstractNumId w:val="3"/>
  </w:num>
  <w:num w:numId="7" w16cid:durableId="782650976">
    <w:abstractNumId w:val="2"/>
  </w:num>
  <w:num w:numId="8" w16cid:durableId="1628123428">
    <w:abstractNumId w:val="1"/>
  </w:num>
  <w:num w:numId="9" w16cid:durableId="1630432428">
    <w:abstractNumId w:val="0"/>
  </w:num>
  <w:num w:numId="10" w16cid:durableId="115179283">
    <w:abstractNumId w:val="10"/>
  </w:num>
  <w:num w:numId="11" w16cid:durableId="8725029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4CAD"/>
    <w:rsid w:val="00034616"/>
    <w:rsid w:val="0006063C"/>
    <w:rsid w:val="0008240E"/>
    <w:rsid w:val="0015074B"/>
    <w:rsid w:val="00153E37"/>
    <w:rsid w:val="0029639D"/>
    <w:rsid w:val="00326F90"/>
    <w:rsid w:val="003713C2"/>
    <w:rsid w:val="003E1243"/>
    <w:rsid w:val="004146C8"/>
    <w:rsid w:val="004675DD"/>
    <w:rsid w:val="004C691A"/>
    <w:rsid w:val="005E07FF"/>
    <w:rsid w:val="00656D45"/>
    <w:rsid w:val="006964DC"/>
    <w:rsid w:val="006C738D"/>
    <w:rsid w:val="007620BD"/>
    <w:rsid w:val="007C1A22"/>
    <w:rsid w:val="0091156A"/>
    <w:rsid w:val="00AA1D8D"/>
    <w:rsid w:val="00B037A9"/>
    <w:rsid w:val="00B47730"/>
    <w:rsid w:val="00BA3392"/>
    <w:rsid w:val="00CB0664"/>
    <w:rsid w:val="00D04781"/>
    <w:rsid w:val="00D525C4"/>
    <w:rsid w:val="00D55303"/>
    <w:rsid w:val="00DB679F"/>
    <w:rsid w:val="00DD18C6"/>
    <w:rsid w:val="00E6739C"/>
    <w:rsid w:val="00F1615B"/>
    <w:rsid w:val="00F511B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401C18"/>
  <w14:defaultImageDpi w14:val="300"/>
  <w15:docId w15:val="{4E809626-F7CA-460A-BB95-357802E2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Times New Roman" w:eastAsia="Times New Roman" w:hAnsi="Times New Roman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uiPriority w:val="99"/>
    <w:unhideWhenUsed/>
    <w:rsid w:val="006964DC"/>
    <w:rPr>
      <w:color w:val="0563C1"/>
      <w:u w:val="single"/>
    </w:rPr>
  </w:style>
  <w:style w:type="paragraph" w:customStyle="1" w:styleId="Default">
    <w:name w:val="Default"/>
    <w:rsid w:val="000824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ip.czechowice-dziedzice.pl/bipkod/08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1317</Words>
  <Characters>7903</Characters>
  <Application>Microsoft Office Word</Application>
  <DocSecurity>0</DocSecurity>
  <Lines>65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9202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mzabost</cp:lastModifiedBy>
  <cp:revision>12</cp:revision>
  <cp:lastPrinted>2026-08-26T09:28:00Z</cp:lastPrinted>
  <dcterms:created xsi:type="dcterms:W3CDTF">2026-08-17T14:40:00Z</dcterms:created>
  <dcterms:modified xsi:type="dcterms:W3CDTF">2026-08-26T09:34:00Z</dcterms:modified>
  <cp:category/>
</cp:coreProperties>
</file>